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B6421" w14:textId="372E2EC3" w:rsidR="001A57BF" w:rsidRDefault="00E0322F" w:rsidP="007D03A2">
      <w:pPr>
        <w:ind w:left="2160"/>
        <w:rPr>
          <w:b/>
          <w:sz w:val="28"/>
        </w:rPr>
      </w:pPr>
      <w:r>
        <w:rPr>
          <w:b/>
          <w:sz w:val="28"/>
        </w:rPr>
        <w:t>KISI-KISI</w:t>
      </w:r>
      <w:r w:rsidR="007D03A2">
        <w:rPr>
          <w:b/>
          <w:sz w:val="28"/>
        </w:rPr>
        <w:t xml:space="preserve"> PEN</w:t>
      </w:r>
      <w:r w:rsidR="004715EF">
        <w:rPr>
          <w:b/>
          <w:sz w:val="28"/>
        </w:rPr>
        <w:t>ILAIAN SUMATIF TENGAH SEMESTER</w:t>
      </w:r>
      <w:r>
        <w:rPr>
          <w:b/>
          <w:sz w:val="28"/>
        </w:rPr>
        <w:br/>
      </w:r>
      <w:r w:rsidR="007D03A2">
        <w:rPr>
          <w:b/>
          <w:sz w:val="28"/>
        </w:rPr>
        <w:t xml:space="preserve">          </w:t>
      </w:r>
      <w:r w:rsidR="004715EF">
        <w:rPr>
          <w:b/>
          <w:sz w:val="28"/>
        </w:rPr>
        <w:t xml:space="preserve">     </w:t>
      </w:r>
      <w:r>
        <w:rPr>
          <w:b/>
          <w:sz w:val="28"/>
        </w:rPr>
        <w:t xml:space="preserve">KELAS XII SEMESTER GASAL </w:t>
      </w:r>
    </w:p>
    <w:p w14:paraId="79305184" w14:textId="77CB63C2" w:rsidR="004715EF" w:rsidRDefault="007D03A2" w:rsidP="004715EF">
      <w:pPr>
        <w:ind w:left="2160"/>
        <w:rPr>
          <w:b/>
          <w:sz w:val="28"/>
        </w:rPr>
      </w:pPr>
      <w:r>
        <w:rPr>
          <w:b/>
          <w:sz w:val="28"/>
        </w:rPr>
        <w:t xml:space="preserve">           </w:t>
      </w:r>
      <w:r w:rsidR="004715EF">
        <w:rPr>
          <w:b/>
          <w:sz w:val="28"/>
        </w:rPr>
        <w:t xml:space="preserve">  </w:t>
      </w:r>
      <w:r>
        <w:rPr>
          <w:b/>
          <w:sz w:val="28"/>
        </w:rPr>
        <w:t xml:space="preserve"> TAHUN PELAJARAN 2026/2027</w:t>
      </w:r>
    </w:p>
    <w:p w14:paraId="2E591FE7" w14:textId="6CD1A076" w:rsidR="007D03A2" w:rsidRPr="004715EF" w:rsidRDefault="004715EF" w:rsidP="007D03A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lang w:val="fi-FI"/>
        </w:rPr>
      </w:pPr>
      <w:r>
        <w:rPr>
          <w:rFonts w:ascii="Times New Roman" w:hAnsi="Times New Roman"/>
          <w:bCs/>
          <w:sz w:val="22"/>
          <w:lang w:val="fi-FI"/>
        </w:rPr>
        <w:t xml:space="preserve">   </w:t>
      </w:r>
      <w:r w:rsidR="007D03A2">
        <w:rPr>
          <w:rFonts w:ascii="Times New Roman" w:hAnsi="Times New Roman"/>
          <w:bCs/>
          <w:sz w:val="22"/>
          <w:lang w:val="fi-FI"/>
        </w:rPr>
        <w:t>Satuan Pendidikan</w:t>
      </w:r>
      <w:r w:rsidR="007D03A2">
        <w:rPr>
          <w:rFonts w:ascii="Times New Roman" w:hAnsi="Times New Roman"/>
          <w:bCs/>
          <w:sz w:val="22"/>
          <w:lang w:val="fi-FI"/>
        </w:rPr>
        <w:tab/>
        <w:t>:</w:t>
      </w:r>
      <w:r w:rsidR="007D03A2">
        <w:rPr>
          <w:rFonts w:ascii="Times New Roman" w:hAnsi="Times New Roman"/>
          <w:bCs/>
          <w:sz w:val="22"/>
          <w:lang w:val="fi-FI"/>
        </w:rPr>
        <w:tab/>
        <w:t>S</w:t>
      </w:r>
      <w:r w:rsidR="007D03A2">
        <w:rPr>
          <w:rFonts w:ascii="Times New Roman" w:hAnsi="Times New Roman"/>
          <w:bCs/>
          <w:sz w:val="22"/>
        </w:rPr>
        <w:t>MK VETERAN</w:t>
      </w:r>
      <w:r>
        <w:rPr>
          <w:rFonts w:ascii="Times New Roman" w:hAnsi="Times New Roman"/>
          <w:bCs/>
          <w:sz w:val="22"/>
        </w:rPr>
        <w:t xml:space="preserve">                                       </w:t>
      </w:r>
      <w:r w:rsidR="007D03A2">
        <w:rPr>
          <w:rFonts w:ascii="Times New Roman" w:hAnsi="Times New Roman"/>
          <w:bCs/>
          <w:sz w:val="22"/>
          <w:lang w:val="fi-FI"/>
        </w:rPr>
        <w:t>Alokasi Waktu</w:t>
      </w:r>
      <w:r>
        <w:rPr>
          <w:rFonts w:ascii="Times New Roman" w:hAnsi="Times New Roman"/>
          <w:bCs/>
          <w:sz w:val="22"/>
          <w:lang w:val="fi-FI"/>
        </w:rPr>
        <w:t xml:space="preserve">     :</w:t>
      </w:r>
      <w:r>
        <w:rPr>
          <w:rFonts w:ascii="Times New Roman" w:hAnsi="Times New Roman"/>
          <w:sz w:val="22"/>
        </w:rPr>
        <w:t xml:space="preserve"> 90 </w:t>
      </w:r>
      <w:proofErr w:type="spellStart"/>
      <w:r>
        <w:rPr>
          <w:rFonts w:ascii="Times New Roman" w:hAnsi="Times New Roman"/>
          <w:sz w:val="22"/>
        </w:rPr>
        <w:t>menit</w:t>
      </w:r>
      <w:proofErr w:type="spellEnd"/>
    </w:p>
    <w:p w14:paraId="58810F8D" w14:textId="530AFF26" w:rsidR="007D03A2" w:rsidRPr="004715EF" w:rsidRDefault="004715EF" w:rsidP="004715EF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ind w:left="1985" w:hanging="1985"/>
        <w:rPr>
          <w:rFonts w:ascii="Times New Roman" w:hAnsi="Times New Roman"/>
          <w:bCs/>
          <w:sz w:val="22"/>
          <w:lang w:val="id-ID"/>
        </w:rPr>
      </w:pPr>
      <w:r>
        <w:rPr>
          <w:rFonts w:ascii="Times New Roman" w:hAnsi="Times New Roman"/>
          <w:bCs/>
          <w:sz w:val="22"/>
        </w:rPr>
        <w:t xml:space="preserve">   </w:t>
      </w:r>
      <w:proofErr w:type="spellStart"/>
      <w:r w:rsidR="007D03A2">
        <w:rPr>
          <w:rFonts w:ascii="Times New Roman" w:hAnsi="Times New Roman"/>
          <w:bCs/>
          <w:sz w:val="22"/>
        </w:rPr>
        <w:t>KompetensiKeahlian</w:t>
      </w:r>
      <w:proofErr w:type="spellEnd"/>
      <w:r w:rsidR="007D03A2"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 xml:space="preserve">: </w:t>
      </w:r>
      <w:r w:rsidR="007D03A2">
        <w:rPr>
          <w:rFonts w:ascii="Times New Roman" w:hAnsi="Times New Roman"/>
          <w:bCs/>
          <w:sz w:val="22"/>
          <w:lang w:val="id-ID"/>
        </w:rPr>
        <w:t xml:space="preserve">Akuntansi </w:t>
      </w:r>
      <w:r w:rsidR="007D03A2">
        <w:rPr>
          <w:rFonts w:ascii="Times New Roman" w:hAnsi="Times New Roman"/>
          <w:bCs/>
          <w:sz w:val="22"/>
        </w:rPr>
        <w:t>,</w:t>
      </w:r>
      <w:r w:rsidR="007D03A2">
        <w:rPr>
          <w:rFonts w:ascii="Times New Roman" w:hAnsi="Times New Roman"/>
          <w:bCs/>
          <w:sz w:val="22"/>
          <w:lang w:val="id-ID"/>
        </w:rPr>
        <w:t>Pemasaran</w:t>
      </w:r>
      <w:r w:rsidR="007D03A2">
        <w:rPr>
          <w:rFonts w:ascii="Times New Roman" w:hAnsi="Times New Roman"/>
          <w:bCs/>
          <w:sz w:val="22"/>
        </w:rPr>
        <w:t xml:space="preserve"> dan DKV</w:t>
      </w:r>
      <w:r>
        <w:rPr>
          <w:rFonts w:ascii="Times New Roman" w:hAnsi="Times New Roman"/>
          <w:bCs/>
          <w:sz w:val="22"/>
        </w:rPr>
        <w:t xml:space="preserve">               </w:t>
      </w:r>
      <w:proofErr w:type="spellStart"/>
      <w:r>
        <w:rPr>
          <w:rFonts w:ascii="Times New Roman" w:hAnsi="Times New Roman"/>
          <w:bCs/>
          <w:sz w:val="22"/>
        </w:rPr>
        <w:t>Bentuk</w:t>
      </w:r>
      <w:proofErr w:type="spellEnd"/>
      <w:r>
        <w:rPr>
          <w:rFonts w:ascii="Times New Roman" w:hAnsi="Times New Roman"/>
          <w:bCs/>
          <w:sz w:val="22"/>
        </w:rPr>
        <w:t xml:space="preserve"> </w:t>
      </w:r>
      <w:proofErr w:type="spellStart"/>
      <w:r>
        <w:rPr>
          <w:rFonts w:ascii="Times New Roman" w:hAnsi="Times New Roman"/>
          <w:bCs/>
          <w:sz w:val="22"/>
        </w:rPr>
        <w:t>Soal</w:t>
      </w:r>
      <w:proofErr w:type="spellEnd"/>
      <w:r>
        <w:rPr>
          <w:rFonts w:ascii="Times New Roman" w:hAnsi="Times New Roman"/>
          <w:bCs/>
          <w:sz w:val="22"/>
        </w:rPr>
        <w:tab/>
        <w:t xml:space="preserve">    :   PG</w:t>
      </w:r>
      <w:r>
        <w:rPr>
          <w:rFonts w:ascii="Times New Roman" w:hAnsi="Times New Roman"/>
          <w:bCs/>
          <w:sz w:val="22"/>
        </w:rPr>
        <w:tab/>
      </w:r>
      <w:r>
        <w:rPr>
          <w:rFonts w:ascii="Times New Roman" w:hAnsi="Times New Roman"/>
          <w:bCs/>
          <w:sz w:val="22"/>
        </w:rPr>
        <w:tab/>
      </w:r>
      <w:r w:rsidR="007D03A2">
        <w:rPr>
          <w:rFonts w:ascii="Times New Roman" w:hAnsi="Times New Roman"/>
          <w:sz w:val="22"/>
          <w:lang w:val="pt-BR"/>
        </w:rPr>
        <w:tab/>
      </w:r>
    </w:p>
    <w:p w14:paraId="72CD084C" w14:textId="436AA1E5" w:rsidR="001A57BF" w:rsidRPr="004715EF" w:rsidRDefault="004715EF" w:rsidP="004715EF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lang w:val="fi-FI"/>
        </w:rPr>
      </w:pPr>
      <w:r>
        <w:rPr>
          <w:rFonts w:ascii="Times New Roman" w:hAnsi="Times New Roman"/>
          <w:bCs/>
          <w:sz w:val="22"/>
        </w:rPr>
        <w:t xml:space="preserve">    Kelas/ Semester</w:t>
      </w:r>
      <w:r>
        <w:rPr>
          <w:rFonts w:ascii="Times New Roman" w:hAnsi="Times New Roman"/>
          <w:bCs/>
          <w:sz w:val="22"/>
        </w:rPr>
        <w:tab/>
        <w:t>: XII/</w:t>
      </w:r>
      <w:proofErr w:type="spellStart"/>
      <w:r>
        <w:rPr>
          <w:rFonts w:ascii="Times New Roman" w:hAnsi="Times New Roman"/>
          <w:bCs/>
          <w:sz w:val="22"/>
        </w:rPr>
        <w:t>Gasal</w:t>
      </w:r>
      <w:proofErr w:type="spellEnd"/>
      <w:r>
        <w:rPr>
          <w:rFonts w:ascii="Times New Roman" w:hAnsi="Times New Roman"/>
          <w:bCs/>
          <w:sz w:val="22"/>
        </w:rPr>
        <w:t xml:space="preserve">                                                      </w:t>
      </w:r>
      <w:proofErr w:type="spellStart"/>
      <w:r>
        <w:rPr>
          <w:rFonts w:ascii="Times New Roman" w:hAnsi="Times New Roman"/>
          <w:bCs/>
          <w:sz w:val="22"/>
        </w:rPr>
        <w:t>Penyusun</w:t>
      </w:r>
      <w:proofErr w:type="spellEnd"/>
      <w:r>
        <w:rPr>
          <w:rFonts w:ascii="Times New Roman" w:hAnsi="Times New Roman"/>
          <w:bCs/>
          <w:sz w:val="22"/>
        </w:rPr>
        <w:t xml:space="preserve">             : </w:t>
      </w:r>
      <w:proofErr w:type="spellStart"/>
      <w:r>
        <w:rPr>
          <w:rFonts w:ascii="Times New Roman" w:hAnsi="Times New Roman"/>
          <w:bCs/>
          <w:sz w:val="22"/>
        </w:rPr>
        <w:t>Miftahul</w:t>
      </w:r>
      <w:proofErr w:type="spellEnd"/>
      <w:r>
        <w:rPr>
          <w:rFonts w:ascii="Times New Roman" w:hAnsi="Times New Roman"/>
          <w:bCs/>
          <w:sz w:val="22"/>
        </w:rPr>
        <w:t xml:space="preserve"> Jannah, </w:t>
      </w:r>
      <w:proofErr w:type="spellStart"/>
      <w:r>
        <w:rPr>
          <w:rFonts w:ascii="Times New Roman" w:hAnsi="Times New Roman"/>
          <w:bCs/>
          <w:sz w:val="22"/>
        </w:rPr>
        <w:t>S.Pd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0"/>
        <w:gridCol w:w="1701"/>
        <w:gridCol w:w="1814"/>
        <w:gridCol w:w="1470"/>
        <w:gridCol w:w="2268"/>
        <w:gridCol w:w="1020"/>
        <w:gridCol w:w="759"/>
        <w:gridCol w:w="567"/>
      </w:tblGrid>
      <w:tr w:rsidR="001A57BF" w14:paraId="522CD599" w14:textId="77777777" w:rsidTr="00E0322F">
        <w:trPr>
          <w:jc w:val="center"/>
        </w:trPr>
        <w:tc>
          <w:tcPr>
            <w:tcW w:w="430" w:type="dxa"/>
            <w:vAlign w:val="center"/>
          </w:tcPr>
          <w:p w14:paraId="3EC4424C" w14:textId="77777777" w:rsidR="001A57BF" w:rsidRDefault="00E0322F">
            <w:pPr>
              <w:jc w:val="center"/>
            </w:pPr>
            <w:r>
              <w:rPr>
                <w:b/>
                <w:sz w:val="16"/>
              </w:rPr>
              <w:t>No</w:t>
            </w:r>
          </w:p>
        </w:tc>
        <w:tc>
          <w:tcPr>
            <w:tcW w:w="1701" w:type="dxa"/>
            <w:vAlign w:val="center"/>
          </w:tcPr>
          <w:p w14:paraId="0A3043BE" w14:textId="77777777" w:rsidR="001A57BF" w:rsidRDefault="00E0322F">
            <w:pPr>
              <w:jc w:val="center"/>
            </w:pPr>
            <w:r>
              <w:rPr>
                <w:b/>
                <w:sz w:val="16"/>
              </w:rPr>
              <w:t>CP</w:t>
            </w:r>
          </w:p>
        </w:tc>
        <w:tc>
          <w:tcPr>
            <w:tcW w:w="1814" w:type="dxa"/>
            <w:vAlign w:val="center"/>
          </w:tcPr>
          <w:p w14:paraId="78A3733D" w14:textId="77777777" w:rsidR="001A57BF" w:rsidRDefault="00E0322F">
            <w:pPr>
              <w:jc w:val="center"/>
            </w:pPr>
            <w:r>
              <w:rPr>
                <w:b/>
                <w:sz w:val="16"/>
              </w:rPr>
              <w:t>ATP</w:t>
            </w:r>
          </w:p>
        </w:tc>
        <w:tc>
          <w:tcPr>
            <w:tcW w:w="1470" w:type="dxa"/>
            <w:vAlign w:val="center"/>
          </w:tcPr>
          <w:p w14:paraId="3188D33D" w14:textId="77777777" w:rsidR="001A57BF" w:rsidRDefault="00E0322F">
            <w:pPr>
              <w:jc w:val="center"/>
            </w:pPr>
            <w:proofErr w:type="spellStart"/>
            <w:r>
              <w:rPr>
                <w:b/>
                <w:sz w:val="16"/>
              </w:rPr>
              <w:t>Materi</w:t>
            </w:r>
            <w:proofErr w:type="spellEnd"/>
          </w:p>
        </w:tc>
        <w:tc>
          <w:tcPr>
            <w:tcW w:w="2268" w:type="dxa"/>
            <w:vAlign w:val="center"/>
          </w:tcPr>
          <w:p w14:paraId="691C8A2C" w14:textId="77777777" w:rsidR="001A57BF" w:rsidRDefault="00E0322F">
            <w:pPr>
              <w:jc w:val="center"/>
            </w:pPr>
            <w:proofErr w:type="spellStart"/>
            <w:r>
              <w:rPr>
                <w:b/>
                <w:sz w:val="16"/>
              </w:rPr>
              <w:t>Indikator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Soal</w:t>
            </w:r>
            <w:proofErr w:type="spellEnd"/>
          </w:p>
        </w:tc>
        <w:tc>
          <w:tcPr>
            <w:tcW w:w="1020" w:type="dxa"/>
            <w:vAlign w:val="center"/>
          </w:tcPr>
          <w:p w14:paraId="06EDB0F9" w14:textId="77777777" w:rsidR="001A57BF" w:rsidRDefault="00E0322F">
            <w:pPr>
              <w:jc w:val="center"/>
            </w:pPr>
            <w:r>
              <w:rPr>
                <w:b/>
                <w:sz w:val="16"/>
              </w:rPr>
              <w:t xml:space="preserve">Level </w:t>
            </w:r>
            <w:proofErr w:type="spellStart"/>
            <w:r>
              <w:rPr>
                <w:b/>
                <w:sz w:val="16"/>
              </w:rPr>
              <w:t>Kognitif</w:t>
            </w:r>
            <w:proofErr w:type="spellEnd"/>
            <w:r>
              <w:rPr>
                <w:b/>
                <w:sz w:val="16"/>
              </w:rPr>
              <w:br/>
              <w:t>(SOLO)</w:t>
            </w:r>
          </w:p>
        </w:tc>
        <w:tc>
          <w:tcPr>
            <w:tcW w:w="759" w:type="dxa"/>
            <w:vAlign w:val="center"/>
          </w:tcPr>
          <w:p w14:paraId="67AB0504" w14:textId="77777777" w:rsidR="001A57BF" w:rsidRDefault="00E0322F">
            <w:pPr>
              <w:jc w:val="center"/>
            </w:pPr>
            <w:proofErr w:type="spellStart"/>
            <w:r>
              <w:rPr>
                <w:b/>
                <w:sz w:val="16"/>
              </w:rPr>
              <w:t>Bentuk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Soal</w:t>
            </w:r>
            <w:proofErr w:type="spellEnd"/>
          </w:p>
        </w:tc>
        <w:tc>
          <w:tcPr>
            <w:tcW w:w="567" w:type="dxa"/>
            <w:vAlign w:val="center"/>
          </w:tcPr>
          <w:p w14:paraId="26EC4C03" w14:textId="77777777" w:rsidR="001A57BF" w:rsidRDefault="00E0322F">
            <w:pPr>
              <w:jc w:val="center"/>
            </w:pPr>
            <w:r>
              <w:rPr>
                <w:b/>
                <w:sz w:val="16"/>
              </w:rPr>
              <w:t xml:space="preserve">No. </w:t>
            </w:r>
            <w:proofErr w:type="spellStart"/>
            <w:r>
              <w:rPr>
                <w:b/>
                <w:sz w:val="16"/>
              </w:rPr>
              <w:t>Soal</w:t>
            </w:r>
            <w:proofErr w:type="spellEnd"/>
          </w:p>
        </w:tc>
      </w:tr>
      <w:tr w:rsidR="001A57BF" w14:paraId="078F4E3C" w14:textId="77777777" w:rsidTr="00E0322F">
        <w:trPr>
          <w:jc w:val="center"/>
        </w:trPr>
        <w:tc>
          <w:tcPr>
            <w:tcW w:w="430" w:type="dxa"/>
            <w:vAlign w:val="center"/>
          </w:tcPr>
          <w:p w14:paraId="1D0B2580" w14:textId="77777777" w:rsidR="001A57BF" w:rsidRDefault="00E0322F">
            <w:r>
              <w:rPr>
                <w:sz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FAA6DF3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5848E3EF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naratif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7F5D2DCC" w14:textId="77777777" w:rsidR="001A57BF" w:rsidRDefault="00E0322F">
            <w:r>
              <w:rPr>
                <w:sz w:val="16"/>
              </w:rPr>
              <w:t>Narrative Text – The Legend of Lake Toba</w:t>
            </w:r>
          </w:p>
        </w:tc>
        <w:tc>
          <w:tcPr>
            <w:tcW w:w="2268" w:type="dxa"/>
            <w:vAlign w:val="center"/>
          </w:tcPr>
          <w:p w14:paraId="34B2F37B" w14:textId="77777777" w:rsidR="001A57BF" w:rsidRDefault="00E0322F"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narrative,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penyebab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utama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terjadinya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bencana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50337FA3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62B474C4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3FF07A44" w14:textId="77777777" w:rsidR="001A57BF" w:rsidRDefault="00E0322F">
            <w:r>
              <w:rPr>
                <w:sz w:val="16"/>
              </w:rPr>
              <w:t>1</w:t>
            </w:r>
          </w:p>
        </w:tc>
      </w:tr>
      <w:tr w:rsidR="001A57BF" w14:paraId="124C7DBF" w14:textId="77777777" w:rsidTr="00E0322F">
        <w:trPr>
          <w:jc w:val="center"/>
        </w:trPr>
        <w:tc>
          <w:tcPr>
            <w:tcW w:w="430" w:type="dxa"/>
            <w:vAlign w:val="center"/>
          </w:tcPr>
          <w:p w14:paraId="1FB90ADF" w14:textId="77777777" w:rsidR="001A57BF" w:rsidRDefault="00E0322F">
            <w:r>
              <w:rPr>
                <w:sz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18E2D3E6" w14:textId="10E22291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50E7CB96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tersurat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tindakan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tokoh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677A19B3" w14:textId="77777777" w:rsidR="001A57BF" w:rsidRDefault="00E0322F">
            <w:r>
              <w:rPr>
                <w:sz w:val="16"/>
              </w:rPr>
              <w:t>Narrative Text</w:t>
            </w:r>
          </w:p>
        </w:tc>
        <w:tc>
          <w:tcPr>
            <w:tcW w:w="2268" w:type="dxa"/>
            <w:vAlign w:val="center"/>
          </w:tcPr>
          <w:p w14:paraId="5238CA8F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alasan</w:t>
            </w:r>
            <w:proofErr w:type="spellEnd"/>
            <w:r>
              <w:rPr>
                <w:sz w:val="16"/>
              </w:rPr>
              <w:t xml:space="preserve"> Mutiara </w:t>
            </w:r>
            <w:proofErr w:type="spellStart"/>
            <w:r>
              <w:rPr>
                <w:sz w:val="16"/>
              </w:rPr>
              <w:t>bersedia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menikah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Toba.</w:t>
            </w:r>
          </w:p>
        </w:tc>
        <w:tc>
          <w:tcPr>
            <w:tcW w:w="1020" w:type="dxa"/>
            <w:vAlign w:val="center"/>
          </w:tcPr>
          <w:p w14:paraId="67BFA451" w14:textId="77777777" w:rsidR="001A57BF" w:rsidRDefault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3E0FA57F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94CCC74" w14:textId="77777777" w:rsidR="001A57BF" w:rsidRDefault="00E0322F">
            <w:r>
              <w:rPr>
                <w:sz w:val="16"/>
              </w:rPr>
              <w:t>2</w:t>
            </w:r>
          </w:p>
        </w:tc>
      </w:tr>
      <w:tr w:rsidR="001A57BF" w14:paraId="264F9B6C" w14:textId="77777777" w:rsidTr="00E0322F">
        <w:trPr>
          <w:jc w:val="center"/>
        </w:trPr>
        <w:tc>
          <w:tcPr>
            <w:tcW w:w="430" w:type="dxa"/>
            <w:vAlign w:val="center"/>
          </w:tcPr>
          <w:p w14:paraId="1B80C8C1" w14:textId="77777777" w:rsidR="001A57BF" w:rsidRDefault="00E0322F">
            <w:r>
              <w:rPr>
                <w:sz w:val="16"/>
              </w:rPr>
              <w:t>3</w:t>
            </w:r>
          </w:p>
        </w:tc>
        <w:tc>
          <w:tcPr>
            <w:tcW w:w="1701" w:type="dxa"/>
            <w:vAlign w:val="center"/>
          </w:tcPr>
          <w:p w14:paraId="36A248B7" w14:textId="285DF183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0ACC5B97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kosakata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5CE271CA" w14:textId="77777777" w:rsidR="001A57BF" w:rsidRDefault="00E0322F">
            <w:r>
              <w:rPr>
                <w:sz w:val="16"/>
              </w:rPr>
              <w:t>Narrative Text – Vocabulary</w:t>
            </w:r>
          </w:p>
        </w:tc>
        <w:tc>
          <w:tcPr>
            <w:tcW w:w="2268" w:type="dxa"/>
            <w:vAlign w:val="center"/>
          </w:tcPr>
          <w:p w14:paraId="76344C96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kata furious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4F6B2082" w14:textId="77777777" w:rsidR="001A57BF" w:rsidRDefault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5BCB0B8B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1786B80D" w14:textId="77777777" w:rsidR="001A57BF" w:rsidRDefault="00E0322F">
            <w:r>
              <w:rPr>
                <w:sz w:val="16"/>
              </w:rPr>
              <w:t>3</w:t>
            </w:r>
          </w:p>
        </w:tc>
      </w:tr>
      <w:tr w:rsidR="001A57BF" w14:paraId="2427BCFE" w14:textId="77777777" w:rsidTr="00E0322F">
        <w:trPr>
          <w:jc w:val="center"/>
        </w:trPr>
        <w:tc>
          <w:tcPr>
            <w:tcW w:w="430" w:type="dxa"/>
            <w:vAlign w:val="center"/>
          </w:tcPr>
          <w:p w14:paraId="570A49C3" w14:textId="77777777" w:rsidR="001A57BF" w:rsidRDefault="00E0322F">
            <w:r>
              <w:rPr>
                <w:sz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40BC9B47" w14:textId="7740EAAA" w:rsidR="001A57BF" w:rsidRDefault="00E0322F">
            <w:r>
              <w:rPr>
                <w:sz w:val="16"/>
              </w:rPr>
              <w:t xml:space="preserve">Sa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 xml:space="preserve"> ma</w:t>
            </w:r>
          </w:p>
        </w:tc>
        <w:tc>
          <w:tcPr>
            <w:tcW w:w="1814" w:type="dxa"/>
            <w:vAlign w:val="center"/>
          </w:tcPr>
          <w:p w14:paraId="1E9DB9AD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tokoh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23E8F53F" w14:textId="77777777" w:rsidR="001A57BF" w:rsidRDefault="00E0322F">
            <w:r>
              <w:rPr>
                <w:sz w:val="16"/>
              </w:rPr>
              <w:t>Narrative Text – Characterization</w:t>
            </w:r>
          </w:p>
        </w:tc>
        <w:tc>
          <w:tcPr>
            <w:tcW w:w="2268" w:type="dxa"/>
            <w:vAlign w:val="center"/>
          </w:tcPr>
          <w:p w14:paraId="3B152BBB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</w:t>
            </w:r>
            <w:proofErr w:type="spellEnd"/>
            <w:r>
              <w:rPr>
                <w:sz w:val="16"/>
              </w:rPr>
              <w:t xml:space="preserve"> Toba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cerita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63B8777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24C8B49A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42C53FA7" w14:textId="77777777" w:rsidR="001A57BF" w:rsidRDefault="00E0322F">
            <w:r>
              <w:rPr>
                <w:sz w:val="16"/>
              </w:rPr>
              <w:t>4</w:t>
            </w:r>
          </w:p>
        </w:tc>
      </w:tr>
      <w:tr w:rsidR="001A57BF" w14:paraId="2EE3C413" w14:textId="77777777" w:rsidTr="00E0322F">
        <w:trPr>
          <w:jc w:val="center"/>
        </w:trPr>
        <w:tc>
          <w:tcPr>
            <w:tcW w:w="430" w:type="dxa"/>
            <w:vAlign w:val="center"/>
          </w:tcPr>
          <w:p w14:paraId="238A0F27" w14:textId="77777777" w:rsidR="001A57BF" w:rsidRDefault="00E0322F">
            <w:r>
              <w:rPr>
                <w:sz w:val="16"/>
              </w:rPr>
              <w:t>5</w:t>
            </w:r>
          </w:p>
        </w:tc>
        <w:tc>
          <w:tcPr>
            <w:tcW w:w="1701" w:type="dxa"/>
            <w:vAlign w:val="center"/>
          </w:tcPr>
          <w:p w14:paraId="02740B76" w14:textId="3C2ABFB6" w:rsidR="001A57BF" w:rsidRDefault="00E0322F">
            <w:r>
              <w:rPr>
                <w:sz w:val="16"/>
              </w:rPr>
              <w:t xml:space="preserve">Sam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1814" w:type="dxa"/>
            <w:vAlign w:val="center"/>
          </w:tcPr>
          <w:p w14:paraId="38E85B80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bukti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tekstual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mendukung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pernyataan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450B08BB" w14:textId="77777777" w:rsidR="001A57BF" w:rsidRDefault="00E0322F">
            <w:r>
              <w:rPr>
                <w:sz w:val="16"/>
              </w:rPr>
              <w:t>Narrative Text – Moral Value</w:t>
            </w:r>
          </w:p>
        </w:tc>
        <w:tc>
          <w:tcPr>
            <w:tcW w:w="2268" w:type="dxa"/>
            <w:vAlign w:val="center"/>
          </w:tcPr>
          <w:p w14:paraId="535AC67F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bagian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menunjukkan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pentingnya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menepati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janji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5C7DEACC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65A58D31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1B267F06" w14:textId="77777777" w:rsidR="001A57BF" w:rsidRDefault="00E0322F">
            <w:r>
              <w:rPr>
                <w:sz w:val="16"/>
              </w:rPr>
              <w:t>5</w:t>
            </w:r>
          </w:p>
        </w:tc>
      </w:tr>
      <w:tr w:rsidR="001A57BF" w14:paraId="72F388AD" w14:textId="77777777" w:rsidTr="00E0322F">
        <w:trPr>
          <w:jc w:val="center"/>
        </w:trPr>
        <w:tc>
          <w:tcPr>
            <w:tcW w:w="430" w:type="dxa"/>
            <w:vAlign w:val="center"/>
          </w:tcPr>
          <w:p w14:paraId="72E5DDE6" w14:textId="77777777" w:rsidR="001A57BF" w:rsidRDefault="00E0322F">
            <w:r>
              <w:rPr>
                <w:sz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777EA7F4" w14:textId="2FD59A0E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50FE2EF4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menarik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kesimpulan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hubungan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antarinformasi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425C3576" w14:textId="77777777" w:rsidR="001A57BF" w:rsidRDefault="00E0322F">
            <w:r>
              <w:rPr>
                <w:sz w:val="16"/>
              </w:rPr>
              <w:t>Narrative Text – Inference</w:t>
            </w:r>
          </w:p>
        </w:tc>
        <w:tc>
          <w:tcPr>
            <w:tcW w:w="2268" w:type="dxa"/>
            <w:vAlign w:val="center"/>
          </w:tcPr>
          <w:p w14:paraId="667BBC24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menyimpulkan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hubungan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antara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tindakan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manusia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cerita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3EDADD6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4032AEC7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367DF6F" w14:textId="77777777" w:rsidR="001A57BF" w:rsidRDefault="00E0322F">
            <w:r>
              <w:rPr>
                <w:sz w:val="16"/>
              </w:rPr>
              <w:t>6</w:t>
            </w:r>
          </w:p>
        </w:tc>
      </w:tr>
      <w:tr w:rsidR="001A57BF" w14:paraId="58AC04D2" w14:textId="77777777" w:rsidTr="00E0322F">
        <w:trPr>
          <w:jc w:val="center"/>
        </w:trPr>
        <w:tc>
          <w:tcPr>
            <w:tcW w:w="430" w:type="dxa"/>
            <w:vAlign w:val="center"/>
          </w:tcPr>
          <w:p w14:paraId="03CF4FA9" w14:textId="77777777" w:rsidR="001A57BF" w:rsidRDefault="00E0322F">
            <w:r>
              <w:rPr>
                <w:sz w:val="16"/>
              </w:rPr>
              <w:t>7</w:t>
            </w:r>
          </w:p>
        </w:tc>
        <w:tc>
          <w:tcPr>
            <w:tcW w:w="1701" w:type="dxa"/>
            <w:vAlign w:val="center"/>
          </w:tcPr>
          <w:p w14:paraId="432FAEC8" w14:textId="4D4877BB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175104D4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tokoh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tindakan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responsnya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1A32E826" w14:textId="77777777" w:rsidR="001A57BF" w:rsidRDefault="00E0322F">
            <w:r>
              <w:rPr>
                <w:sz w:val="16"/>
              </w:rPr>
              <w:t>Narrative Text – Character</w:t>
            </w:r>
          </w:p>
        </w:tc>
        <w:tc>
          <w:tcPr>
            <w:tcW w:w="2268" w:type="dxa"/>
            <w:vAlign w:val="center"/>
          </w:tcPr>
          <w:p w14:paraId="2E00B6F3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menyimpulkan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</w:t>
            </w:r>
            <w:proofErr w:type="spellEnd"/>
            <w:r>
              <w:rPr>
                <w:sz w:val="16"/>
              </w:rPr>
              <w:t xml:space="preserve"> Mutiara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peristiwa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6C774425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367E1E4D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1F5D4851" w14:textId="77777777" w:rsidR="001A57BF" w:rsidRDefault="00E0322F">
            <w:r>
              <w:rPr>
                <w:sz w:val="16"/>
              </w:rPr>
              <w:t>7</w:t>
            </w:r>
          </w:p>
        </w:tc>
      </w:tr>
      <w:tr w:rsidR="001A57BF" w14:paraId="3A740D07" w14:textId="77777777" w:rsidTr="00E0322F">
        <w:trPr>
          <w:jc w:val="center"/>
        </w:trPr>
        <w:tc>
          <w:tcPr>
            <w:tcW w:w="430" w:type="dxa"/>
            <w:vAlign w:val="center"/>
          </w:tcPr>
          <w:p w14:paraId="5A41CB5F" w14:textId="77777777" w:rsidR="001A57BF" w:rsidRDefault="00E0322F">
            <w:r>
              <w:rPr>
                <w:sz w:val="16"/>
              </w:rPr>
              <w:t>8</w:t>
            </w:r>
          </w:p>
        </w:tc>
        <w:tc>
          <w:tcPr>
            <w:tcW w:w="1701" w:type="dxa"/>
            <w:vAlign w:val="center"/>
          </w:tcPr>
          <w:p w14:paraId="2923E89C" w14:textId="3EC60CA7" w:rsidR="001A57BF" w:rsidRDefault="00E0322F">
            <w:r>
              <w:rPr>
                <w:sz w:val="16"/>
              </w:rPr>
              <w:t xml:space="preserve">Sa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 xml:space="preserve"> ma</w:t>
            </w:r>
          </w:p>
        </w:tc>
        <w:tc>
          <w:tcPr>
            <w:tcW w:w="1814" w:type="dxa"/>
            <w:vAlign w:val="center"/>
          </w:tcPr>
          <w:p w14:paraId="619F6E21" w14:textId="77777777" w:rsidR="001A57BF" w:rsidRDefault="00E0322F">
            <w:proofErr w:type="spellStart"/>
            <w:r>
              <w:rPr>
                <w:sz w:val="16"/>
              </w:rPr>
              <w:lastRenderedPageBreak/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membuat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prediksi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3C50D070" w14:textId="77777777" w:rsidR="001A57BF" w:rsidRDefault="00E0322F">
            <w:r>
              <w:rPr>
                <w:sz w:val="16"/>
              </w:rPr>
              <w:lastRenderedPageBreak/>
              <w:t xml:space="preserve">Narrative Text – </w:t>
            </w:r>
            <w:r>
              <w:rPr>
                <w:sz w:val="16"/>
              </w:rPr>
              <w:lastRenderedPageBreak/>
              <w:t>Inference</w:t>
            </w:r>
          </w:p>
        </w:tc>
        <w:tc>
          <w:tcPr>
            <w:tcW w:w="2268" w:type="dxa"/>
            <w:vAlign w:val="center"/>
          </w:tcPr>
          <w:p w14:paraId="03593A79" w14:textId="77777777" w:rsidR="001A57BF" w:rsidRDefault="00E0322F">
            <w:proofErr w:type="spellStart"/>
            <w:r>
              <w:rPr>
                <w:sz w:val="16"/>
              </w:rPr>
              <w:lastRenderedPageBreak/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memprediksi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kejadian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apabila</w:t>
            </w:r>
            <w:proofErr w:type="spellEnd"/>
            <w:r>
              <w:rPr>
                <w:sz w:val="16"/>
              </w:rPr>
              <w:t xml:space="preserve"> Toba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mengendalikan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kemarahannya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124E902" w14:textId="77777777" w:rsidR="001A57BF" w:rsidRDefault="00E0322F">
            <w:r>
              <w:rPr>
                <w:sz w:val="16"/>
              </w:rPr>
              <w:lastRenderedPageBreak/>
              <w:t xml:space="preserve">Extended </w:t>
            </w:r>
            <w:r>
              <w:rPr>
                <w:sz w:val="16"/>
              </w:rPr>
              <w:lastRenderedPageBreak/>
              <w:t>Abstract (L4)</w:t>
            </w:r>
          </w:p>
        </w:tc>
        <w:tc>
          <w:tcPr>
            <w:tcW w:w="759" w:type="dxa"/>
            <w:vAlign w:val="center"/>
          </w:tcPr>
          <w:p w14:paraId="500BBC48" w14:textId="77777777" w:rsidR="001A57BF" w:rsidRDefault="00E0322F">
            <w:r>
              <w:rPr>
                <w:sz w:val="16"/>
              </w:rPr>
              <w:lastRenderedPageBreak/>
              <w:t>PG</w:t>
            </w:r>
          </w:p>
        </w:tc>
        <w:tc>
          <w:tcPr>
            <w:tcW w:w="567" w:type="dxa"/>
            <w:vAlign w:val="center"/>
          </w:tcPr>
          <w:p w14:paraId="6D42E5BA" w14:textId="77777777" w:rsidR="001A57BF" w:rsidRDefault="00E0322F">
            <w:r>
              <w:rPr>
                <w:sz w:val="16"/>
              </w:rPr>
              <w:t>8</w:t>
            </w:r>
          </w:p>
        </w:tc>
      </w:tr>
      <w:tr w:rsidR="001A57BF" w14:paraId="1D33EB42" w14:textId="77777777" w:rsidTr="00E0322F">
        <w:trPr>
          <w:jc w:val="center"/>
        </w:trPr>
        <w:tc>
          <w:tcPr>
            <w:tcW w:w="430" w:type="dxa"/>
            <w:vAlign w:val="center"/>
          </w:tcPr>
          <w:p w14:paraId="11249425" w14:textId="77777777" w:rsidR="001A57BF" w:rsidRDefault="00E0322F">
            <w:r>
              <w:rPr>
                <w:sz w:val="16"/>
              </w:rPr>
              <w:t>9</w:t>
            </w:r>
          </w:p>
        </w:tc>
        <w:tc>
          <w:tcPr>
            <w:tcW w:w="1701" w:type="dxa"/>
            <w:vAlign w:val="center"/>
          </w:tcPr>
          <w:p w14:paraId="435417AC" w14:textId="77777777" w:rsidR="001A57BF" w:rsidRDefault="00E0322F">
            <w:r>
              <w:rPr>
                <w:sz w:val="16"/>
              </w:rPr>
              <w:t>Sama</w:t>
            </w:r>
          </w:p>
        </w:tc>
        <w:tc>
          <w:tcPr>
            <w:tcW w:w="1814" w:type="dxa"/>
            <w:vAlign w:val="center"/>
          </w:tcPr>
          <w:p w14:paraId="0C1CFF39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perkembangan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cerita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4F77EA19" w14:textId="77777777" w:rsidR="001A57BF" w:rsidRDefault="00E0322F">
            <w:r>
              <w:rPr>
                <w:sz w:val="16"/>
              </w:rPr>
              <w:t>Narrative Text – Plot</w:t>
            </w:r>
          </w:p>
        </w:tc>
        <w:tc>
          <w:tcPr>
            <w:tcW w:w="2268" w:type="dxa"/>
            <w:vAlign w:val="center"/>
          </w:tcPr>
          <w:p w14:paraId="465CAA5B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tindakan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Samosir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menjadi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balik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cerita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6C0046C3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61A7A1A5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6F12C0D" w14:textId="77777777" w:rsidR="001A57BF" w:rsidRDefault="00E0322F">
            <w:r>
              <w:rPr>
                <w:sz w:val="16"/>
              </w:rPr>
              <w:t>9</w:t>
            </w:r>
          </w:p>
        </w:tc>
      </w:tr>
      <w:tr w:rsidR="001A57BF" w14:paraId="4B16DF02" w14:textId="77777777" w:rsidTr="00E0322F">
        <w:trPr>
          <w:jc w:val="center"/>
        </w:trPr>
        <w:tc>
          <w:tcPr>
            <w:tcW w:w="430" w:type="dxa"/>
            <w:vAlign w:val="center"/>
          </w:tcPr>
          <w:p w14:paraId="6BD4F241" w14:textId="77777777" w:rsidR="001A57BF" w:rsidRDefault="00E0322F">
            <w:r>
              <w:rPr>
                <w:sz w:val="16"/>
              </w:rPr>
              <w:t>10</w:t>
            </w:r>
          </w:p>
        </w:tc>
        <w:tc>
          <w:tcPr>
            <w:tcW w:w="1701" w:type="dxa"/>
            <w:vAlign w:val="center"/>
          </w:tcPr>
          <w:p w14:paraId="635E990E" w14:textId="01E643A2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3F22883A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penggunaan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bagian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akhir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2AD0E041" w14:textId="77777777" w:rsidR="001A57BF" w:rsidRDefault="00E0322F">
            <w:r>
              <w:rPr>
                <w:sz w:val="16"/>
              </w:rPr>
              <w:t>Narrative Text – Literary Purpose</w:t>
            </w:r>
          </w:p>
        </w:tc>
        <w:tc>
          <w:tcPr>
            <w:tcW w:w="2268" w:type="dxa"/>
            <w:vAlign w:val="center"/>
          </w:tcPr>
          <w:p w14:paraId="2A37E685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fungsi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pembentukan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Danau</w:t>
            </w:r>
            <w:proofErr w:type="spellEnd"/>
            <w:r>
              <w:rPr>
                <w:sz w:val="16"/>
              </w:rPr>
              <w:t xml:space="preserve"> Toba dan </w:t>
            </w:r>
            <w:proofErr w:type="spellStart"/>
            <w:r>
              <w:rPr>
                <w:sz w:val="16"/>
              </w:rPr>
              <w:t>Pulau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Samosir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legenda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D934C0A" w14:textId="77777777" w:rsidR="001A57BF" w:rsidRDefault="00E0322F">
            <w:r>
              <w:rPr>
                <w:sz w:val="16"/>
              </w:rPr>
              <w:t>Extended Abstract (L4)</w:t>
            </w:r>
          </w:p>
        </w:tc>
        <w:tc>
          <w:tcPr>
            <w:tcW w:w="759" w:type="dxa"/>
            <w:vAlign w:val="center"/>
          </w:tcPr>
          <w:p w14:paraId="56D8FFA9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5DD4E30A" w14:textId="77777777" w:rsidR="001A57BF" w:rsidRDefault="00E0322F">
            <w:r>
              <w:rPr>
                <w:sz w:val="16"/>
              </w:rPr>
              <w:t>10</w:t>
            </w:r>
          </w:p>
        </w:tc>
      </w:tr>
      <w:tr w:rsidR="001A57BF" w14:paraId="3FD455E1" w14:textId="77777777" w:rsidTr="00E0322F">
        <w:trPr>
          <w:jc w:val="center"/>
        </w:trPr>
        <w:tc>
          <w:tcPr>
            <w:tcW w:w="430" w:type="dxa"/>
            <w:vAlign w:val="center"/>
          </w:tcPr>
          <w:p w14:paraId="47762A8A" w14:textId="77777777" w:rsidR="001A57BF" w:rsidRDefault="00E0322F">
            <w:r>
              <w:rPr>
                <w:sz w:val="16"/>
              </w:rPr>
              <w:t>11</w:t>
            </w:r>
          </w:p>
        </w:tc>
        <w:tc>
          <w:tcPr>
            <w:tcW w:w="1701" w:type="dxa"/>
            <w:vAlign w:val="center"/>
          </w:tcPr>
          <w:p w14:paraId="1B4ACFAB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200D9D4D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umum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khusus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descriptive.</w:t>
            </w:r>
          </w:p>
        </w:tc>
        <w:tc>
          <w:tcPr>
            <w:tcW w:w="1470" w:type="dxa"/>
            <w:vAlign w:val="center"/>
          </w:tcPr>
          <w:p w14:paraId="45586611" w14:textId="77777777" w:rsidR="001A57BF" w:rsidRDefault="00E0322F">
            <w:r>
              <w:rPr>
                <w:sz w:val="16"/>
              </w:rPr>
              <w:t>Descriptive Text – Raja Ampat</w:t>
            </w:r>
          </w:p>
        </w:tc>
        <w:tc>
          <w:tcPr>
            <w:tcW w:w="2268" w:type="dxa"/>
            <w:vAlign w:val="center"/>
          </w:tcPr>
          <w:p w14:paraId="6B5084DF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lokasi</w:t>
            </w:r>
            <w:proofErr w:type="spellEnd"/>
            <w:r>
              <w:rPr>
                <w:sz w:val="16"/>
              </w:rPr>
              <w:t xml:space="preserve"> Raja Ampat.</w:t>
            </w:r>
          </w:p>
        </w:tc>
        <w:tc>
          <w:tcPr>
            <w:tcW w:w="1020" w:type="dxa"/>
            <w:vAlign w:val="center"/>
          </w:tcPr>
          <w:p w14:paraId="0B065208" w14:textId="77777777" w:rsidR="001A57BF" w:rsidRDefault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0C85A97E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EC3FD2B" w14:textId="77777777" w:rsidR="001A57BF" w:rsidRDefault="00E0322F">
            <w:r>
              <w:rPr>
                <w:sz w:val="16"/>
              </w:rPr>
              <w:t>11</w:t>
            </w:r>
          </w:p>
        </w:tc>
      </w:tr>
      <w:tr w:rsidR="001A57BF" w14:paraId="48BF2446" w14:textId="77777777" w:rsidTr="00E0322F">
        <w:trPr>
          <w:jc w:val="center"/>
        </w:trPr>
        <w:tc>
          <w:tcPr>
            <w:tcW w:w="430" w:type="dxa"/>
            <w:vAlign w:val="center"/>
          </w:tcPr>
          <w:p w14:paraId="4FEF6AEF" w14:textId="77777777" w:rsidR="001A57BF" w:rsidRDefault="00E0322F">
            <w:r>
              <w:rPr>
                <w:sz w:val="16"/>
              </w:rPr>
              <w:t>12</w:t>
            </w:r>
          </w:p>
        </w:tc>
        <w:tc>
          <w:tcPr>
            <w:tcW w:w="1701" w:type="dxa"/>
            <w:vAlign w:val="center"/>
          </w:tcPr>
          <w:p w14:paraId="2EE636A1" w14:textId="7C3812B4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</w:p>
        </w:tc>
        <w:tc>
          <w:tcPr>
            <w:tcW w:w="1814" w:type="dxa"/>
            <w:vAlign w:val="center"/>
          </w:tcPr>
          <w:p w14:paraId="50CA963B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rinci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6F223D0" w14:textId="77777777" w:rsidR="001A57BF" w:rsidRDefault="00E0322F">
            <w:r>
              <w:rPr>
                <w:sz w:val="16"/>
              </w:rPr>
              <w:t>Descriptive Text</w:t>
            </w:r>
          </w:p>
        </w:tc>
        <w:tc>
          <w:tcPr>
            <w:tcW w:w="2268" w:type="dxa"/>
            <w:vAlign w:val="center"/>
          </w:tcPr>
          <w:p w14:paraId="125495E4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jumlah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pulau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utama</w:t>
            </w:r>
            <w:proofErr w:type="spellEnd"/>
            <w:r>
              <w:rPr>
                <w:sz w:val="16"/>
              </w:rPr>
              <w:t xml:space="preserve"> Raja Ampat.</w:t>
            </w:r>
          </w:p>
        </w:tc>
        <w:tc>
          <w:tcPr>
            <w:tcW w:w="1020" w:type="dxa"/>
            <w:vAlign w:val="center"/>
          </w:tcPr>
          <w:p w14:paraId="52070F90" w14:textId="77777777" w:rsidR="001A57BF" w:rsidRDefault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73ECE8F1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62B15963" w14:textId="77777777" w:rsidR="001A57BF" w:rsidRDefault="00E0322F">
            <w:r>
              <w:rPr>
                <w:sz w:val="16"/>
              </w:rPr>
              <w:t>12</w:t>
            </w:r>
          </w:p>
        </w:tc>
      </w:tr>
      <w:tr w:rsidR="001A57BF" w14:paraId="6D00EA19" w14:textId="77777777" w:rsidTr="00E0322F">
        <w:trPr>
          <w:jc w:val="center"/>
        </w:trPr>
        <w:tc>
          <w:tcPr>
            <w:tcW w:w="430" w:type="dxa"/>
            <w:vAlign w:val="center"/>
          </w:tcPr>
          <w:p w14:paraId="67DF6E30" w14:textId="77777777" w:rsidR="001A57BF" w:rsidRDefault="00E0322F">
            <w:r>
              <w:rPr>
                <w:sz w:val="16"/>
              </w:rPr>
              <w:t>13</w:t>
            </w:r>
          </w:p>
        </w:tc>
        <w:tc>
          <w:tcPr>
            <w:tcW w:w="1701" w:type="dxa"/>
            <w:vAlign w:val="center"/>
          </w:tcPr>
          <w:p w14:paraId="019322B3" w14:textId="073F99F7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</w:p>
        </w:tc>
        <w:tc>
          <w:tcPr>
            <w:tcW w:w="1814" w:type="dxa"/>
            <w:vAlign w:val="center"/>
          </w:tcPr>
          <w:p w14:paraId="04A6D8CA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penting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FD773DC" w14:textId="77777777" w:rsidR="001A57BF" w:rsidRDefault="00E0322F">
            <w:r>
              <w:rPr>
                <w:sz w:val="16"/>
              </w:rPr>
              <w:t>Descriptive Text</w:t>
            </w:r>
          </w:p>
        </w:tc>
        <w:tc>
          <w:tcPr>
            <w:tcW w:w="2268" w:type="dxa"/>
            <w:vAlign w:val="center"/>
          </w:tcPr>
          <w:p w14:paraId="57847FEB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alasan</w:t>
            </w:r>
            <w:proofErr w:type="spellEnd"/>
            <w:r>
              <w:rPr>
                <w:sz w:val="16"/>
              </w:rPr>
              <w:t xml:space="preserve"> Raja Ampat </w:t>
            </w:r>
            <w:proofErr w:type="spellStart"/>
            <w:r>
              <w:rPr>
                <w:sz w:val="16"/>
              </w:rPr>
              <w:t>terkenal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secara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internasional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12C2F66" w14:textId="77777777" w:rsidR="001A57BF" w:rsidRDefault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67231D9D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49340DC4" w14:textId="77777777" w:rsidR="001A57BF" w:rsidRDefault="00E0322F">
            <w:r>
              <w:rPr>
                <w:sz w:val="16"/>
              </w:rPr>
              <w:t>13</w:t>
            </w:r>
          </w:p>
        </w:tc>
      </w:tr>
      <w:tr w:rsidR="001A57BF" w14:paraId="000161A8" w14:textId="77777777" w:rsidTr="00E0322F">
        <w:trPr>
          <w:jc w:val="center"/>
        </w:trPr>
        <w:tc>
          <w:tcPr>
            <w:tcW w:w="430" w:type="dxa"/>
            <w:vAlign w:val="center"/>
          </w:tcPr>
          <w:p w14:paraId="5721AF60" w14:textId="77777777" w:rsidR="001A57BF" w:rsidRDefault="00E0322F">
            <w:r>
              <w:rPr>
                <w:sz w:val="16"/>
              </w:rPr>
              <w:t>14</w:t>
            </w:r>
          </w:p>
        </w:tc>
        <w:tc>
          <w:tcPr>
            <w:tcW w:w="1701" w:type="dxa"/>
            <w:vAlign w:val="center"/>
          </w:tcPr>
          <w:p w14:paraId="4251DE1A" w14:textId="33416F2E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</w:p>
        </w:tc>
        <w:tc>
          <w:tcPr>
            <w:tcW w:w="1814" w:type="dxa"/>
            <w:vAlign w:val="center"/>
          </w:tcPr>
          <w:p w14:paraId="59C25852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spesifik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FC32991" w14:textId="77777777" w:rsidR="001A57BF" w:rsidRDefault="00E0322F">
            <w:r>
              <w:rPr>
                <w:sz w:val="16"/>
              </w:rPr>
              <w:t>Descriptive Text</w:t>
            </w:r>
          </w:p>
        </w:tc>
        <w:tc>
          <w:tcPr>
            <w:tcW w:w="2268" w:type="dxa"/>
            <w:vAlign w:val="center"/>
          </w:tcPr>
          <w:p w14:paraId="4D1E691B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waktu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terbaik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mengunjungi</w:t>
            </w:r>
            <w:proofErr w:type="spellEnd"/>
            <w:r>
              <w:rPr>
                <w:sz w:val="16"/>
              </w:rPr>
              <w:t xml:space="preserve"> Raja Ampat.</w:t>
            </w:r>
          </w:p>
        </w:tc>
        <w:tc>
          <w:tcPr>
            <w:tcW w:w="1020" w:type="dxa"/>
            <w:vAlign w:val="center"/>
          </w:tcPr>
          <w:p w14:paraId="22B30AF3" w14:textId="77777777" w:rsidR="001A57BF" w:rsidRDefault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49B7D375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2C381EC6" w14:textId="77777777" w:rsidR="001A57BF" w:rsidRDefault="00E0322F">
            <w:r>
              <w:rPr>
                <w:sz w:val="16"/>
              </w:rPr>
              <w:t>14</w:t>
            </w:r>
          </w:p>
        </w:tc>
      </w:tr>
      <w:tr w:rsidR="001A57BF" w14:paraId="72E67A25" w14:textId="77777777" w:rsidTr="00E0322F">
        <w:trPr>
          <w:jc w:val="center"/>
        </w:trPr>
        <w:tc>
          <w:tcPr>
            <w:tcW w:w="430" w:type="dxa"/>
            <w:vAlign w:val="center"/>
          </w:tcPr>
          <w:p w14:paraId="500C27B2" w14:textId="77777777" w:rsidR="001A57BF" w:rsidRDefault="00E0322F">
            <w:r>
              <w:rPr>
                <w:sz w:val="16"/>
              </w:rPr>
              <w:t>15</w:t>
            </w:r>
          </w:p>
        </w:tc>
        <w:tc>
          <w:tcPr>
            <w:tcW w:w="1701" w:type="dxa"/>
            <w:vAlign w:val="center"/>
          </w:tcPr>
          <w:p w14:paraId="7D5BC44F" w14:textId="3C932E61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</w:p>
        </w:tc>
        <w:tc>
          <w:tcPr>
            <w:tcW w:w="1814" w:type="dxa"/>
            <w:vAlign w:val="center"/>
          </w:tcPr>
          <w:p w14:paraId="448700F0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membedakan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terdapat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A3BC2F2" w14:textId="77777777" w:rsidR="001A57BF" w:rsidRDefault="00E0322F">
            <w:r>
              <w:rPr>
                <w:sz w:val="16"/>
              </w:rPr>
              <w:t>Descriptive Text</w:t>
            </w:r>
          </w:p>
        </w:tc>
        <w:tc>
          <w:tcPr>
            <w:tcW w:w="2268" w:type="dxa"/>
            <w:vAlign w:val="center"/>
          </w:tcPr>
          <w:p w14:paraId="31B26387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disebutkan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23A112ED" w14:textId="77777777" w:rsidR="001A57BF" w:rsidRDefault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755FE29D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A859D0A" w14:textId="77777777" w:rsidR="001A57BF" w:rsidRDefault="00E0322F">
            <w:r>
              <w:rPr>
                <w:sz w:val="16"/>
              </w:rPr>
              <w:t>15</w:t>
            </w:r>
          </w:p>
        </w:tc>
      </w:tr>
      <w:tr w:rsidR="001A57BF" w14:paraId="2F0AA49A" w14:textId="77777777" w:rsidTr="00E0322F">
        <w:trPr>
          <w:jc w:val="center"/>
        </w:trPr>
        <w:tc>
          <w:tcPr>
            <w:tcW w:w="430" w:type="dxa"/>
            <w:vAlign w:val="center"/>
          </w:tcPr>
          <w:p w14:paraId="0EE8E4D7" w14:textId="77777777" w:rsidR="001A57BF" w:rsidRDefault="00E0322F">
            <w:r>
              <w:rPr>
                <w:sz w:val="16"/>
              </w:rPr>
              <w:t>16</w:t>
            </w:r>
          </w:p>
        </w:tc>
        <w:tc>
          <w:tcPr>
            <w:tcW w:w="1701" w:type="dxa"/>
            <w:vAlign w:val="center"/>
          </w:tcPr>
          <w:p w14:paraId="179FC847" w14:textId="6FDDDB2A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</w:p>
        </w:tc>
        <w:tc>
          <w:tcPr>
            <w:tcW w:w="1814" w:type="dxa"/>
            <w:vAlign w:val="center"/>
          </w:tcPr>
          <w:p w14:paraId="67D2F9CC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kosakata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23C5F52E" w14:textId="77777777" w:rsidR="001A57BF" w:rsidRDefault="00E0322F">
            <w:r>
              <w:rPr>
                <w:sz w:val="16"/>
              </w:rPr>
              <w:t>Descriptive Text – Vocabulary</w:t>
            </w:r>
          </w:p>
        </w:tc>
        <w:tc>
          <w:tcPr>
            <w:tcW w:w="2268" w:type="dxa"/>
            <w:vAlign w:val="center"/>
          </w:tcPr>
          <w:p w14:paraId="7C5BB907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kata pristine.</w:t>
            </w:r>
          </w:p>
        </w:tc>
        <w:tc>
          <w:tcPr>
            <w:tcW w:w="1020" w:type="dxa"/>
            <w:vAlign w:val="center"/>
          </w:tcPr>
          <w:p w14:paraId="65D64125" w14:textId="77777777" w:rsidR="001A57BF" w:rsidRDefault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678E0F2A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4FE8BF95" w14:textId="77777777" w:rsidR="001A57BF" w:rsidRDefault="00E0322F">
            <w:r>
              <w:rPr>
                <w:sz w:val="16"/>
              </w:rPr>
              <w:t>16</w:t>
            </w:r>
          </w:p>
        </w:tc>
      </w:tr>
      <w:tr w:rsidR="001A57BF" w14:paraId="66AF4FC9" w14:textId="77777777" w:rsidTr="00E0322F">
        <w:trPr>
          <w:jc w:val="center"/>
        </w:trPr>
        <w:tc>
          <w:tcPr>
            <w:tcW w:w="430" w:type="dxa"/>
            <w:vAlign w:val="center"/>
          </w:tcPr>
          <w:p w14:paraId="465969E2" w14:textId="77777777" w:rsidR="001A57BF" w:rsidRDefault="00E0322F">
            <w:r>
              <w:rPr>
                <w:sz w:val="16"/>
              </w:rPr>
              <w:t>17</w:t>
            </w:r>
          </w:p>
        </w:tc>
        <w:tc>
          <w:tcPr>
            <w:tcW w:w="1701" w:type="dxa"/>
            <w:vAlign w:val="center"/>
          </w:tcPr>
          <w:p w14:paraId="6F3FD6F2" w14:textId="0DF172D5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</w:p>
        </w:tc>
        <w:tc>
          <w:tcPr>
            <w:tcW w:w="1814" w:type="dxa"/>
            <w:vAlign w:val="center"/>
          </w:tcPr>
          <w:p w14:paraId="7F25E591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hubungan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6BE4DBFE" w14:textId="77777777" w:rsidR="001A57BF" w:rsidRDefault="00E0322F">
            <w:r>
              <w:rPr>
                <w:sz w:val="16"/>
              </w:rPr>
              <w:t>Descriptive Text – Ecological Importance</w:t>
            </w:r>
          </w:p>
        </w:tc>
        <w:tc>
          <w:tcPr>
            <w:tcW w:w="2268" w:type="dxa"/>
            <w:vAlign w:val="center"/>
          </w:tcPr>
          <w:p w14:paraId="45D883E7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alasan</w:t>
            </w:r>
            <w:proofErr w:type="spellEnd"/>
            <w:r>
              <w:rPr>
                <w:sz w:val="16"/>
              </w:rPr>
              <w:t xml:space="preserve"> Raja Ampat </w:t>
            </w:r>
            <w:proofErr w:type="spellStart"/>
            <w:r>
              <w:rPr>
                <w:sz w:val="16"/>
              </w:rPr>
              <w:t>penting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secara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ekologis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E490CA9" w14:textId="77777777" w:rsidR="001A57BF" w:rsidRDefault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73777DC4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4A20C841" w14:textId="77777777" w:rsidR="001A57BF" w:rsidRDefault="00E0322F">
            <w:r>
              <w:rPr>
                <w:sz w:val="16"/>
              </w:rPr>
              <w:t>17</w:t>
            </w:r>
          </w:p>
        </w:tc>
      </w:tr>
      <w:tr w:rsidR="001A57BF" w14:paraId="089A101D" w14:textId="77777777" w:rsidTr="00E0322F">
        <w:trPr>
          <w:jc w:val="center"/>
        </w:trPr>
        <w:tc>
          <w:tcPr>
            <w:tcW w:w="430" w:type="dxa"/>
            <w:vAlign w:val="center"/>
          </w:tcPr>
          <w:p w14:paraId="6E94BA9E" w14:textId="77777777" w:rsidR="001A57BF" w:rsidRDefault="00E0322F">
            <w:r>
              <w:rPr>
                <w:sz w:val="16"/>
              </w:rPr>
              <w:t>18</w:t>
            </w:r>
          </w:p>
        </w:tc>
        <w:tc>
          <w:tcPr>
            <w:tcW w:w="1701" w:type="dxa"/>
            <w:vAlign w:val="center"/>
          </w:tcPr>
          <w:p w14:paraId="5AC82F1D" w14:textId="49166421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</w:p>
        </w:tc>
        <w:tc>
          <w:tcPr>
            <w:tcW w:w="1814" w:type="dxa"/>
            <w:vAlign w:val="center"/>
          </w:tcPr>
          <w:p w14:paraId="4CC46525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menyimpulkan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tersirat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25690EB7" w14:textId="77777777" w:rsidR="001A57BF" w:rsidRDefault="00E0322F">
            <w:r>
              <w:rPr>
                <w:sz w:val="16"/>
              </w:rPr>
              <w:t>Descriptive Text – Local Culture</w:t>
            </w:r>
          </w:p>
        </w:tc>
        <w:tc>
          <w:tcPr>
            <w:tcW w:w="2268" w:type="dxa"/>
            <w:vAlign w:val="center"/>
          </w:tcPr>
          <w:p w14:paraId="4A6646E4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menyimpulkan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masyarakat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lokal</w:t>
            </w:r>
            <w:proofErr w:type="spellEnd"/>
            <w:r>
              <w:rPr>
                <w:sz w:val="16"/>
              </w:rPr>
              <w:t xml:space="preserve"> Raja Ampat.</w:t>
            </w:r>
          </w:p>
        </w:tc>
        <w:tc>
          <w:tcPr>
            <w:tcW w:w="1020" w:type="dxa"/>
            <w:vAlign w:val="center"/>
          </w:tcPr>
          <w:p w14:paraId="50BA6C73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1ADF4688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02A17F37" w14:textId="77777777" w:rsidR="001A57BF" w:rsidRDefault="00E0322F">
            <w:r>
              <w:rPr>
                <w:sz w:val="16"/>
              </w:rPr>
              <w:t>18</w:t>
            </w:r>
          </w:p>
        </w:tc>
      </w:tr>
      <w:tr w:rsidR="001A57BF" w14:paraId="46560550" w14:textId="77777777" w:rsidTr="00E0322F">
        <w:trPr>
          <w:jc w:val="center"/>
        </w:trPr>
        <w:tc>
          <w:tcPr>
            <w:tcW w:w="430" w:type="dxa"/>
            <w:vAlign w:val="center"/>
          </w:tcPr>
          <w:p w14:paraId="1968E5AF" w14:textId="77777777" w:rsidR="001A57BF" w:rsidRDefault="00E0322F">
            <w:r>
              <w:rPr>
                <w:sz w:val="16"/>
              </w:rPr>
              <w:t>19</w:t>
            </w:r>
          </w:p>
        </w:tc>
        <w:tc>
          <w:tcPr>
            <w:tcW w:w="1701" w:type="dxa"/>
            <w:vAlign w:val="center"/>
          </w:tcPr>
          <w:p w14:paraId="68401712" w14:textId="73BB17A0" w:rsidR="001A57BF" w:rsidRDefault="00E0322F">
            <w:r>
              <w:rPr>
                <w:sz w:val="16"/>
              </w:rPr>
              <w:t xml:space="preserve">Sam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1814" w:type="dxa"/>
            <w:vAlign w:val="center"/>
          </w:tcPr>
          <w:p w14:paraId="7DC1FA72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15B1D4F6" w14:textId="77777777" w:rsidR="001A57BF" w:rsidRDefault="00E0322F">
            <w:r>
              <w:rPr>
                <w:sz w:val="16"/>
              </w:rPr>
              <w:t>Descriptive Text – Purpose</w:t>
            </w:r>
          </w:p>
        </w:tc>
        <w:tc>
          <w:tcPr>
            <w:tcW w:w="2268" w:type="dxa"/>
            <w:vAlign w:val="center"/>
          </w:tcPr>
          <w:p w14:paraId="6243AA6C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utama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tentang</w:t>
            </w:r>
            <w:proofErr w:type="spellEnd"/>
            <w:r>
              <w:rPr>
                <w:sz w:val="16"/>
              </w:rPr>
              <w:t xml:space="preserve"> Raja Ampat.</w:t>
            </w:r>
          </w:p>
        </w:tc>
        <w:tc>
          <w:tcPr>
            <w:tcW w:w="1020" w:type="dxa"/>
            <w:vAlign w:val="center"/>
          </w:tcPr>
          <w:p w14:paraId="58EDCEE5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362702FB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11AA1E38" w14:textId="77777777" w:rsidR="001A57BF" w:rsidRDefault="00E0322F">
            <w:r>
              <w:rPr>
                <w:sz w:val="16"/>
              </w:rPr>
              <w:t>19</w:t>
            </w:r>
          </w:p>
        </w:tc>
      </w:tr>
      <w:tr w:rsidR="001A57BF" w14:paraId="194693EA" w14:textId="77777777" w:rsidTr="00E0322F">
        <w:trPr>
          <w:jc w:val="center"/>
        </w:trPr>
        <w:tc>
          <w:tcPr>
            <w:tcW w:w="430" w:type="dxa"/>
            <w:vAlign w:val="center"/>
          </w:tcPr>
          <w:p w14:paraId="6D16A607" w14:textId="77777777" w:rsidR="001A57BF" w:rsidRDefault="00E0322F">
            <w:r>
              <w:rPr>
                <w:sz w:val="16"/>
              </w:rPr>
              <w:t>20</w:t>
            </w:r>
          </w:p>
        </w:tc>
        <w:tc>
          <w:tcPr>
            <w:tcW w:w="1701" w:type="dxa"/>
            <w:vAlign w:val="center"/>
          </w:tcPr>
          <w:p w14:paraId="18EC3DD3" w14:textId="6AF0063E" w:rsidR="001A57BF" w:rsidRDefault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lastRenderedPageBreak/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deskriptif</w:t>
            </w:r>
            <w:proofErr w:type="spellEnd"/>
          </w:p>
        </w:tc>
        <w:tc>
          <w:tcPr>
            <w:tcW w:w="1814" w:type="dxa"/>
            <w:vAlign w:val="center"/>
          </w:tcPr>
          <w:p w14:paraId="3A0C950E" w14:textId="77777777" w:rsidR="001A57BF" w:rsidRDefault="00E0322F">
            <w:proofErr w:type="spellStart"/>
            <w:r>
              <w:rPr>
                <w:sz w:val="16"/>
              </w:rPr>
              <w:lastRenderedPageBreak/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kesesuaian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pernyataan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FBF05EB" w14:textId="77777777" w:rsidR="001A57BF" w:rsidRDefault="00E0322F">
            <w:r>
              <w:rPr>
                <w:sz w:val="16"/>
              </w:rPr>
              <w:lastRenderedPageBreak/>
              <w:t>Descriptive Text – True Statement</w:t>
            </w:r>
          </w:p>
        </w:tc>
        <w:tc>
          <w:tcPr>
            <w:tcW w:w="2268" w:type="dxa"/>
            <w:vAlign w:val="center"/>
          </w:tcPr>
          <w:p w14:paraId="2E52B4F4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pernyataan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5F4D167" w14:textId="77777777" w:rsidR="001A57BF" w:rsidRDefault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0C123151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30FA9C2F" w14:textId="77777777" w:rsidR="001A57BF" w:rsidRDefault="00E0322F">
            <w:r>
              <w:rPr>
                <w:sz w:val="16"/>
              </w:rPr>
              <w:t>20</w:t>
            </w:r>
          </w:p>
        </w:tc>
      </w:tr>
      <w:tr w:rsidR="001A57BF" w14:paraId="0983F9F4" w14:textId="77777777" w:rsidTr="00E0322F">
        <w:trPr>
          <w:jc w:val="center"/>
        </w:trPr>
        <w:tc>
          <w:tcPr>
            <w:tcW w:w="430" w:type="dxa"/>
            <w:vAlign w:val="center"/>
          </w:tcPr>
          <w:p w14:paraId="43A52D82" w14:textId="77777777" w:rsidR="001A57BF" w:rsidRDefault="00E0322F">
            <w:r>
              <w:rPr>
                <w:sz w:val="16"/>
              </w:rPr>
              <w:t>21</w:t>
            </w:r>
          </w:p>
        </w:tc>
        <w:tc>
          <w:tcPr>
            <w:tcW w:w="1701" w:type="dxa"/>
            <w:vAlign w:val="center"/>
          </w:tcPr>
          <w:p w14:paraId="32CFA23A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628F6848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langkah-langkah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procedure text.</w:t>
            </w:r>
          </w:p>
        </w:tc>
        <w:tc>
          <w:tcPr>
            <w:tcW w:w="1470" w:type="dxa"/>
            <w:vAlign w:val="center"/>
          </w:tcPr>
          <w:p w14:paraId="32A06A7F" w14:textId="77777777" w:rsidR="001A57BF" w:rsidRDefault="00E0322F">
            <w:r>
              <w:rPr>
                <w:sz w:val="16"/>
              </w:rPr>
              <w:t>Procedure Text – Making Coffee</w:t>
            </w:r>
          </w:p>
        </w:tc>
        <w:tc>
          <w:tcPr>
            <w:tcW w:w="2268" w:type="dxa"/>
            <w:vAlign w:val="center"/>
          </w:tcPr>
          <w:p w14:paraId="4F2269E5" w14:textId="77777777" w:rsidR="001A57BF" w:rsidRDefault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76455546" w14:textId="77777777" w:rsidR="001A57BF" w:rsidRDefault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5CE54B86" w14:textId="77777777" w:rsidR="001A57BF" w:rsidRDefault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638F3F80" w14:textId="77777777" w:rsidR="001A57BF" w:rsidRDefault="00E0322F">
            <w:r>
              <w:rPr>
                <w:sz w:val="16"/>
              </w:rPr>
              <w:t>21</w:t>
            </w:r>
          </w:p>
        </w:tc>
      </w:tr>
      <w:tr w:rsidR="00E0322F" w14:paraId="3D13E9C5" w14:textId="77777777" w:rsidTr="00E0322F">
        <w:trPr>
          <w:jc w:val="center"/>
        </w:trPr>
        <w:tc>
          <w:tcPr>
            <w:tcW w:w="430" w:type="dxa"/>
            <w:vAlign w:val="center"/>
          </w:tcPr>
          <w:p w14:paraId="2718C110" w14:textId="77777777" w:rsidR="00E0322F" w:rsidRDefault="00E0322F" w:rsidP="00E0322F">
            <w:r>
              <w:rPr>
                <w:sz w:val="16"/>
              </w:rPr>
              <w:t>22</w:t>
            </w:r>
          </w:p>
        </w:tc>
        <w:tc>
          <w:tcPr>
            <w:tcW w:w="1701" w:type="dxa"/>
            <w:vAlign w:val="center"/>
          </w:tcPr>
          <w:p w14:paraId="7BB337DC" w14:textId="7C2DCE2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2572E3D7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rinci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439B7EC1" w14:textId="77777777" w:rsidR="00E0322F" w:rsidRDefault="00E0322F" w:rsidP="00E0322F">
            <w:r>
              <w:rPr>
                <w:sz w:val="16"/>
              </w:rPr>
              <w:t>Procedure Text</w:t>
            </w:r>
          </w:p>
        </w:tc>
        <w:tc>
          <w:tcPr>
            <w:tcW w:w="2268" w:type="dxa"/>
            <w:vAlign w:val="center"/>
          </w:tcPr>
          <w:p w14:paraId="3F5A8F2D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jumlah</w:t>
            </w:r>
            <w:proofErr w:type="spellEnd"/>
            <w:r>
              <w:rPr>
                <w:sz w:val="16"/>
              </w:rPr>
              <w:t xml:space="preserve"> kopi yang </w:t>
            </w:r>
            <w:proofErr w:type="spellStart"/>
            <w:r>
              <w:rPr>
                <w:sz w:val="16"/>
              </w:rPr>
              <w:t>diperlukan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cangkir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0337BC1" w14:textId="77777777" w:rsidR="00E0322F" w:rsidRDefault="00E0322F" w:rsidP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221F5CC1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28361016" w14:textId="77777777" w:rsidR="00E0322F" w:rsidRDefault="00E0322F" w:rsidP="00E0322F">
            <w:r>
              <w:rPr>
                <w:sz w:val="16"/>
              </w:rPr>
              <w:t>22</w:t>
            </w:r>
          </w:p>
        </w:tc>
      </w:tr>
      <w:tr w:rsidR="00E0322F" w14:paraId="2DCB8D58" w14:textId="77777777" w:rsidTr="00E0322F">
        <w:trPr>
          <w:jc w:val="center"/>
        </w:trPr>
        <w:tc>
          <w:tcPr>
            <w:tcW w:w="430" w:type="dxa"/>
            <w:vAlign w:val="center"/>
          </w:tcPr>
          <w:p w14:paraId="3FFBF2DF" w14:textId="77777777" w:rsidR="00E0322F" w:rsidRDefault="00E0322F" w:rsidP="00E0322F">
            <w:r>
              <w:rPr>
                <w:sz w:val="16"/>
              </w:rPr>
              <w:t>23</w:t>
            </w:r>
          </w:p>
        </w:tc>
        <w:tc>
          <w:tcPr>
            <w:tcW w:w="1701" w:type="dxa"/>
            <w:vAlign w:val="center"/>
          </w:tcPr>
          <w:p w14:paraId="3FA139B7" w14:textId="27948399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2730001E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urutan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langkah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7781422E" w14:textId="77777777" w:rsidR="00E0322F" w:rsidRDefault="00E0322F" w:rsidP="00E0322F">
            <w:r>
              <w:rPr>
                <w:sz w:val="16"/>
              </w:rPr>
              <w:t>Procedure Text – Sequence</w:t>
            </w:r>
          </w:p>
        </w:tc>
        <w:tc>
          <w:tcPr>
            <w:tcW w:w="2268" w:type="dxa"/>
            <w:vAlign w:val="center"/>
          </w:tcPr>
          <w:p w14:paraId="34D4E343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langkah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dilakukan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setelah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menuangkan</w:t>
            </w:r>
            <w:proofErr w:type="spellEnd"/>
            <w:r>
              <w:rPr>
                <w:sz w:val="16"/>
              </w:rPr>
              <w:t xml:space="preserve"> air </w:t>
            </w:r>
            <w:proofErr w:type="spellStart"/>
            <w:r>
              <w:rPr>
                <w:sz w:val="16"/>
              </w:rPr>
              <w:t>pertama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661F4140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58173221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0CEAFBD3" w14:textId="77777777" w:rsidR="00E0322F" w:rsidRDefault="00E0322F" w:rsidP="00E0322F">
            <w:r>
              <w:rPr>
                <w:sz w:val="16"/>
              </w:rPr>
              <w:t>23</w:t>
            </w:r>
          </w:p>
        </w:tc>
      </w:tr>
      <w:tr w:rsidR="00E0322F" w14:paraId="72462B47" w14:textId="77777777" w:rsidTr="00E0322F">
        <w:trPr>
          <w:jc w:val="center"/>
        </w:trPr>
        <w:tc>
          <w:tcPr>
            <w:tcW w:w="430" w:type="dxa"/>
            <w:vAlign w:val="center"/>
          </w:tcPr>
          <w:p w14:paraId="74FA2B94" w14:textId="77777777" w:rsidR="00E0322F" w:rsidRDefault="00E0322F" w:rsidP="00E0322F">
            <w:r>
              <w:rPr>
                <w:sz w:val="16"/>
              </w:rPr>
              <w:t>24</w:t>
            </w:r>
          </w:p>
        </w:tc>
        <w:tc>
          <w:tcPr>
            <w:tcW w:w="1701" w:type="dxa"/>
            <w:vAlign w:val="center"/>
          </w:tcPr>
          <w:p w14:paraId="3C66B8F6" w14:textId="7DB98D46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4BD29A4C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kosakata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khusus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697622C9" w14:textId="77777777" w:rsidR="00E0322F" w:rsidRDefault="00E0322F" w:rsidP="00E0322F">
            <w:r>
              <w:rPr>
                <w:sz w:val="16"/>
              </w:rPr>
              <w:t>Procedure Text – Vocabulary</w:t>
            </w:r>
          </w:p>
        </w:tc>
        <w:tc>
          <w:tcPr>
            <w:tcW w:w="2268" w:type="dxa"/>
            <w:vAlign w:val="center"/>
          </w:tcPr>
          <w:p w14:paraId="7421564D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kata bloom.</w:t>
            </w:r>
          </w:p>
        </w:tc>
        <w:tc>
          <w:tcPr>
            <w:tcW w:w="1020" w:type="dxa"/>
            <w:vAlign w:val="center"/>
          </w:tcPr>
          <w:p w14:paraId="3DF8CDA5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0CF60E95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569A2339" w14:textId="77777777" w:rsidR="00E0322F" w:rsidRDefault="00E0322F" w:rsidP="00E0322F">
            <w:r>
              <w:rPr>
                <w:sz w:val="16"/>
              </w:rPr>
              <w:t>24</w:t>
            </w:r>
          </w:p>
        </w:tc>
      </w:tr>
      <w:tr w:rsidR="00E0322F" w14:paraId="0906A3E0" w14:textId="77777777" w:rsidTr="00E0322F">
        <w:trPr>
          <w:jc w:val="center"/>
        </w:trPr>
        <w:tc>
          <w:tcPr>
            <w:tcW w:w="430" w:type="dxa"/>
            <w:vAlign w:val="center"/>
          </w:tcPr>
          <w:p w14:paraId="08F74060" w14:textId="77777777" w:rsidR="00E0322F" w:rsidRDefault="00E0322F" w:rsidP="00E0322F">
            <w:r>
              <w:rPr>
                <w:sz w:val="16"/>
              </w:rPr>
              <w:t>25</w:t>
            </w:r>
          </w:p>
        </w:tc>
        <w:tc>
          <w:tcPr>
            <w:tcW w:w="1701" w:type="dxa"/>
            <w:vAlign w:val="center"/>
          </w:tcPr>
          <w:p w14:paraId="106D66D7" w14:textId="53646568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500EEFEA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waktu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6816CB7B" w14:textId="77777777" w:rsidR="00E0322F" w:rsidRDefault="00E0322F" w:rsidP="00E0322F">
            <w:r>
              <w:rPr>
                <w:sz w:val="16"/>
              </w:rPr>
              <w:t>Procedure Text</w:t>
            </w:r>
          </w:p>
        </w:tc>
        <w:tc>
          <w:tcPr>
            <w:tcW w:w="2268" w:type="dxa"/>
            <w:vAlign w:val="center"/>
          </w:tcPr>
          <w:p w14:paraId="4D8927F7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lama </w:t>
            </w:r>
            <w:proofErr w:type="spellStart"/>
            <w:r>
              <w:rPr>
                <w:sz w:val="16"/>
              </w:rPr>
              <w:t>waktu</w:t>
            </w:r>
            <w:proofErr w:type="spellEnd"/>
            <w:r>
              <w:rPr>
                <w:sz w:val="16"/>
              </w:rPr>
              <w:t xml:space="preserve"> kopi </w:t>
            </w:r>
            <w:proofErr w:type="spellStart"/>
            <w:r>
              <w:rPr>
                <w:sz w:val="16"/>
              </w:rPr>
              <w:t>harus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diseduh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21CF195B" w14:textId="77777777" w:rsidR="00E0322F" w:rsidRDefault="00E0322F" w:rsidP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210C7DBE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740B903" w14:textId="77777777" w:rsidR="00E0322F" w:rsidRDefault="00E0322F" w:rsidP="00E0322F">
            <w:r>
              <w:rPr>
                <w:sz w:val="16"/>
              </w:rPr>
              <w:t>25</w:t>
            </w:r>
          </w:p>
        </w:tc>
      </w:tr>
      <w:tr w:rsidR="00E0322F" w14:paraId="35822C28" w14:textId="77777777" w:rsidTr="00E0322F">
        <w:trPr>
          <w:jc w:val="center"/>
        </w:trPr>
        <w:tc>
          <w:tcPr>
            <w:tcW w:w="430" w:type="dxa"/>
            <w:vAlign w:val="center"/>
          </w:tcPr>
          <w:p w14:paraId="5EC97E8C" w14:textId="77777777" w:rsidR="00E0322F" w:rsidRDefault="00E0322F" w:rsidP="00E0322F">
            <w:r>
              <w:rPr>
                <w:sz w:val="16"/>
              </w:rPr>
              <w:t>26</w:t>
            </w:r>
          </w:p>
        </w:tc>
        <w:tc>
          <w:tcPr>
            <w:tcW w:w="1701" w:type="dxa"/>
            <w:vAlign w:val="center"/>
          </w:tcPr>
          <w:p w14:paraId="7308A735" w14:textId="587B3B2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2E03A11A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hubungan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sebab-akibat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petunjuk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5C483E3B" w14:textId="77777777" w:rsidR="00E0322F" w:rsidRDefault="00E0322F" w:rsidP="00E0322F">
            <w:r>
              <w:rPr>
                <w:sz w:val="16"/>
              </w:rPr>
              <w:t>Procedure Text – Tips</w:t>
            </w:r>
          </w:p>
        </w:tc>
        <w:tc>
          <w:tcPr>
            <w:tcW w:w="2268" w:type="dxa"/>
            <w:vAlign w:val="center"/>
          </w:tcPr>
          <w:p w14:paraId="5A884AD4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air </w:t>
            </w:r>
            <w:proofErr w:type="spellStart"/>
            <w:r>
              <w:rPr>
                <w:sz w:val="16"/>
              </w:rPr>
              <w:t>mendidih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9AB8859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049A964D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3984C4E4" w14:textId="77777777" w:rsidR="00E0322F" w:rsidRDefault="00E0322F" w:rsidP="00E0322F">
            <w:r>
              <w:rPr>
                <w:sz w:val="16"/>
              </w:rPr>
              <w:t>26</w:t>
            </w:r>
          </w:p>
        </w:tc>
      </w:tr>
      <w:tr w:rsidR="00E0322F" w14:paraId="3E9024C7" w14:textId="77777777" w:rsidTr="00E0322F">
        <w:trPr>
          <w:jc w:val="center"/>
        </w:trPr>
        <w:tc>
          <w:tcPr>
            <w:tcW w:w="430" w:type="dxa"/>
            <w:vAlign w:val="center"/>
          </w:tcPr>
          <w:p w14:paraId="5DE4BF64" w14:textId="77777777" w:rsidR="00E0322F" w:rsidRDefault="00E0322F" w:rsidP="00E0322F">
            <w:r>
              <w:rPr>
                <w:sz w:val="16"/>
              </w:rPr>
              <w:t>27</w:t>
            </w:r>
          </w:p>
        </w:tc>
        <w:tc>
          <w:tcPr>
            <w:tcW w:w="1701" w:type="dxa"/>
            <w:vAlign w:val="center"/>
          </w:tcPr>
          <w:p w14:paraId="2B8F3665" w14:textId="2AA592C2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30269D14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urutan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5464E0AE" w14:textId="77777777" w:rsidR="00E0322F" w:rsidRDefault="00E0322F" w:rsidP="00E0322F">
            <w:r>
              <w:rPr>
                <w:sz w:val="16"/>
              </w:rPr>
              <w:t>Procedure Text – Sequence</w:t>
            </w:r>
          </w:p>
        </w:tc>
        <w:tc>
          <w:tcPr>
            <w:tcW w:w="2268" w:type="dxa"/>
            <w:vAlign w:val="center"/>
          </w:tcPr>
          <w:p w14:paraId="3D0C59F0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langkah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terakhir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sebelum</w:t>
            </w:r>
            <w:proofErr w:type="spellEnd"/>
            <w:r>
              <w:rPr>
                <w:sz w:val="16"/>
              </w:rPr>
              <w:t xml:space="preserve"> kopi </w:t>
            </w: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DE32727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2E61CA47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899C7BA" w14:textId="77777777" w:rsidR="00E0322F" w:rsidRDefault="00E0322F" w:rsidP="00E0322F">
            <w:r>
              <w:rPr>
                <w:sz w:val="16"/>
              </w:rPr>
              <w:t>27</w:t>
            </w:r>
          </w:p>
        </w:tc>
      </w:tr>
      <w:tr w:rsidR="00E0322F" w14:paraId="3BE41753" w14:textId="77777777" w:rsidTr="00E0322F">
        <w:trPr>
          <w:jc w:val="center"/>
        </w:trPr>
        <w:tc>
          <w:tcPr>
            <w:tcW w:w="430" w:type="dxa"/>
            <w:vAlign w:val="center"/>
          </w:tcPr>
          <w:p w14:paraId="3ADFCA06" w14:textId="77777777" w:rsidR="00E0322F" w:rsidRDefault="00E0322F" w:rsidP="00E0322F">
            <w:r>
              <w:rPr>
                <w:sz w:val="16"/>
              </w:rPr>
              <w:t>28</w:t>
            </w:r>
          </w:p>
        </w:tc>
        <w:tc>
          <w:tcPr>
            <w:tcW w:w="1701" w:type="dxa"/>
            <w:vAlign w:val="center"/>
          </w:tcPr>
          <w:p w14:paraId="365618F4" w14:textId="301F841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20081B24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membedakan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disebutkan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disebutkan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7205E707" w14:textId="77777777" w:rsidR="00E0322F" w:rsidRDefault="00E0322F" w:rsidP="00E0322F">
            <w:r>
              <w:rPr>
                <w:sz w:val="16"/>
              </w:rPr>
              <w:t>Procedure Text – Materials</w:t>
            </w:r>
          </w:p>
        </w:tc>
        <w:tc>
          <w:tcPr>
            <w:tcW w:w="2268" w:type="dxa"/>
            <w:vAlign w:val="center"/>
          </w:tcPr>
          <w:p w14:paraId="677CE529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bahan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peralatan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D704C35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18285FD4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5FF101EF" w14:textId="77777777" w:rsidR="00E0322F" w:rsidRDefault="00E0322F" w:rsidP="00E0322F">
            <w:r>
              <w:rPr>
                <w:sz w:val="16"/>
              </w:rPr>
              <w:t>28</w:t>
            </w:r>
          </w:p>
        </w:tc>
      </w:tr>
      <w:tr w:rsidR="00E0322F" w14:paraId="0542F20C" w14:textId="77777777" w:rsidTr="00E0322F">
        <w:trPr>
          <w:jc w:val="center"/>
        </w:trPr>
        <w:tc>
          <w:tcPr>
            <w:tcW w:w="430" w:type="dxa"/>
            <w:vAlign w:val="center"/>
          </w:tcPr>
          <w:p w14:paraId="385F9B67" w14:textId="77777777" w:rsidR="00E0322F" w:rsidRDefault="00E0322F" w:rsidP="00E0322F">
            <w:r>
              <w:rPr>
                <w:sz w:val="16"/>
              </w:rPr>
              <w:t>29</w:t>
            </w:r>
          </w:p>
        </w:tc>
        <w:tc>
          <w:tcPr>
            <w:tcW w:w="1701" w:type="dxa"/>
            <w:vAlign w:val="center"/>
          </w:tcPr>
          <w:p w14:paraId="46D98680" w14:textId="1E14D3B0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2209AC4D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kebahasaan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6823CA9B" w14:textId="77777777" w:rsidR="00E0322F" w:rsidRDefault="00E0322F" w:rsidP="00E0322F">
            <w:r>
              <w:rPr>
                <w:sz w:val="16"/>
              </w:rPr>
              <w:t>Procedure Text – Language Feature</w:t>
            </w:r>
          </w:p>
        </w:tc>
        <w:tc>
          <w:tcPr>
            <w:tcW w:w="2268" w:type="dxa"/>
            <w:vAlign w:val="center"/>
          </w:tcPr>
          <w:p w14:paraId="402084D5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kalimat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dominan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langkah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A94C821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78CE7147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22DCA216" w14:textId="77777777" w:rsidR="00E0322F" w:rsidRDefault="00E0322F" w:rsidP="00E0322F">
            <w:r>
              <w:rPr>
                <w:sz w:val="16"/>
              </w:rPr>
              <w:t>29</w:t>
            </w:r>
          </w:p>
        </w:tc>
      </w:tr>
      <w:tr w:rsidR="00E0322F" w14:paraId="0B08D091" w14:textId="77777777" w:rsidTr="00E0322F">
        <w:trPr>
          <w:jc w:val="center"/>
        </w:trPr>
        <w:tc>
          <w:tcPr>
            <w:tcW w:w="430" w:type="dxa"/>
            <w:vAlign w:val="center"/>
          </w:tcPr>
          <w:p w14:paraId="744C77D8" w14:textId="77777777" w:rsidR="00E0322F" w:rsidRDefault="00E0322F" w:rsidP="00E0322F">
            <w:r>
              <w:rPr>
                <w:sz w:val="16"/>
              </w:rPr>
              <w:t>30</w:t>
            </w:r>
          </w:p>
        </w:tc>
        <w:tc>
          <w:tcPr>
            <w:tcW w:w="1701" w:type="dxa"/>
            <w:vAlign w:val="center"/>
          </w:tcPr>
          <w:p w14:paraId="349E903B" w14:textId="5A089218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sehari-hari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420FFD87" w14:textId="77777777" w:rsidR="00E0322F" w:rsidRDefault="00E0322F" w:rsidP="00E0322F">
            <w:proofErr w:type="spellStart"/>
            <w:r>
              <w:rPr>
                <w:sz w:val="16"/>
              </w:rPr>
              <w:lastRenderedPageBreak/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petunjuk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setelah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melakukan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prosedur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7A7DF291" w14:textId="77777777" w:rsidR="00E0322F" w:rsidRDefault="00E0322F" w:rsidP="00E0322F">
            <w:r>
              <w:rPr>
                <w:sz w:val="16"/>
              </w:rPr>
              <w:lastRenderedPageBreak/>
              <w:t xml:space="preserve">Procedure Text – </w:t>
            </w:r>
            <w:r>
              <w:rPr>
                <w:sz w:val="16"/>
              </w:rPr>
              <w:lastRenderedPageBreak/>
              <w:t>Tips</w:t>
            </w:r>
          </w:p>
        </w:tc>
        <w:tc>
          <w:tcPr>
            <w:tcW w:w="2268" w:type="dxa"/>
            <w:vAlign w:val="center"/>
          </w:tcPr>
          <w:p w14:paraId="4CCF8C4D" w14:textId="77777777" w:rsidR="00E0322F" w:rsidRDefault="00E0322F" w:rsidP="00E0322F">
            <w:proofErr w:type="spellStart"/>
            <w:r>
              <w:rPr>
                <w:sz w:val="16"/>
              </w:rPr>
              <w:lastRenderedPageBreak/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tindakan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harus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dilakukan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setelah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menggunakan</w:t>
            </w:r>
            <w:proofErr w:type="spellEnd"/>
            <w:r>
              <w:rPr>
                <w:sz w:val="16"/>
              </w:rPr>
              <w:t xml:space="preserve"> French press.</w:t>
            </w:r>
          </w:p>
        </w:tc>
        <w:tc>
          <w:tcPr>
            <w:tcW w:w="1020" w:type="dxa"/>
            <w:vAlign w:val="center"/>
          </w:tcPr>
          <w:p w14:paraId="514647E7" w14:textId="77777777" w:rsidR="00E0322F" w:rsidRDefault="00E0322F" w:rsidP="00E0322F">
            <w:r>
              <w:rPr>
                <w:sz w:val="16"/>
              </w:rPr>
              <w:lastRenderedPageBreak/>
              <w:t>Multi-</w:t>
            </w:r>
            <w:r>
              <w:rPr>
                <w:sz w:val="16"/>
              </w:rPr>
              <w:lastRenderedPageBreak/>
              <w:t>structural (L2)</w:t>
            </w:r>
          </w:p>
        </w:tc>
        <w:tc>
          <w:tcPr>
            <w:tcW w:w="759" w:type="dxa"/>
            <w:vAlign w:val="center"/>
          </w:tcPr>
          <w:p w14:paraId="10415245" w14:textId="77777777" w:rsidR="00E0322F" w:rsidRDefault="00E0322F" w:rsidP="00E0322F">
            <w:r>
              <w:rPr>
                <w:sz w:val="16"/>
              </w:rPr>
              <w:lastRenderedPageBreak/>
              <w:t>PG</w:t>
            </w:r>
          </w:p>
        </w:tc>
        <w:tc>
          <w:tcPr>
            <w:tcW w:w="567" w:type="dxa"/>
            <w:vAlign w:val="center"/>
          </w:tcPr>
          <w:p w14:paraId="34FDE361" w14:textId="77777777" w:rsidR="00E0322F" w:rsidRDefault="00E0322F" w:rsidP="00E0322F">
            <w:r>
              <w:rPr>
                <w:sz w:val="16"/>
              </w:rPr>
              <w:t>30</w:t>
            </w:r>
          </w:p>
        </w:tc>
      </w:tr>
      <w:tr w:rsidR="00E0322F" w14:paraId="294E0348" w14:textId="77777777" w:rsidTr="00E0322F">
        <w:trPr>
          <w:jc w:val="center"/>
        </w:trPr>
        <w:tc>
          <w:tcPr>
            <w:tcW w:w="430" w:type="dxa"/>
            <w:vAlign w:val="center"/>
          </w:tcPr>
          <w:p w14:paraId="6C35F35C" w14:textId="77777777" w:rsidR="00E0322F" w:rsidRDefault="00E0322F" w:rsidP="00E0322F">
            <w:r>
              <w:rPr>
                <w:sz w:val="16"/>
              </w:rPr>
              <w:t>31</w:t>
            </w:r>
          </w:p>
        </w:tc>
        <w:tc>
          <w:tcPr>
            <w:tcW w:w="1701" w:type="dxa"/>
            <w:vAlign w:val="center"/>
          </w:tcPr>
          <w:p w14:paraId="6CC60276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03595465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rinci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recount text.</w:t>
            </w:r>
          </w:p>
        </w:tc>
        <w:tc>
          <w:tcPr>
            <w:tcW w:w="1470" w:type="dxa"/>
            <w:vAlign w:val="center"/>
          </w:tcPr>
          <w:p w14:paraId="15074CFC" w14:textId="77777777" w:rsidR="00E0322F" w:rsidRDefault="00E0322F" w:rsidP="00E0322F">
            <w:r>
              <w:rPr>
                <w:sz w:val="16"/>
              </w:rPr>
              <w:t>Recount Text – Internship Experience</w:t>
            </w:r>
          </w:p>
        </w:tc>
        <w:tc>
          <w:tcPr>
            <w:tcW w:w="2268" w:type="dxa"/>
            <w:vAlign w:val="center"/>
          </w:tcPr>
          <w:p w14:paraId="54210C0E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penulisan</w:t>
            </w:r>
            <w:proofErr w:type="spellEnd"/>
            <w:r>
              <w:rPr>
                <w:sz w:val="16"/>
              </w:rPr>
              <w:t xml:space="preserve"> recount text.</w:t>
            </w:r>
          </w:p>
        </w:tc>
        <w:tc>
          <w:tcPr>
            <w:tcW w:w="1020" w:type="dxa"/>
            <w:vAlign w:val="center"/>
          </w:tcPr>
          <w:p w14:paraId="12D84AE2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0EBD72C2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14E827DD" w14:textId="77777777" w:rsidR="00E0322F" w:rsidRDefault="00E0322F" w:rsidP="00E0322F">
            <w:r>
              <w:rPr>
                <w:sz w:val="16"/>
              </w:rPr>
              <w:t>31</w:t>
            </w:r>
          </w:p>
        </w:tc>
      </w:tr>
      <w:tr w:rsidR="00E0322F" w14:paraId="309A0567" w14:textId="77777777" w:rsidTr="00E0322F">
        <w:trPr>
          <w:jc w:val="center"/>
        </w:trPr>
        <w:tc>
          <w:tcPr>
            <w:tcW w:w="430" w:type="dxa"/>
            <w:vAlign w:val="center"/>
          </w:tcPr>
          <w:p w14:paraId="30E0AB43" w14:textId="77777777" w:rsidR="00E0322F" w:rsidRDefault="00E0322F" w:rsidP="00E0322F">
            <w:r>
              <w:rPr>
                <w:sz w:val="16"/>
              </w:rPr>
              <w:t>32</w:t>
            </w:r>
          </w:p>
        </w:tc>
        <w:tc>
          <w:tcPr>
            <w:tcW w:w="1701" w:type="dxa"/>
            <w:vAlign w:val="center"/>
          </w:tcPr>
          <w:p w14:paraId="3616F578" w14:textId="30272578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29D3C50D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spesifik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470" w:type="dxa"/>
            <w:vAlign w:val="center"/>
          </w:tcPr>
          <w:p w14:paraId="3C3B5000" w14:textId="77777777" w:rsidR="00E0322F" w:rsidRDefault="00E0322F" w:rsidP="00E0322F">
            <w:r>
              <w:rPr>
                <w:sz w:val="16"/>
              </w:rPr>
              <w:t>Recount Text</w:t>
            </w:r>
          </w:p>
        </w:tc>
        <w:tc>
          <w:tcPr>
            <w:tcW w:w="2268" w:type="dxa"/>
            <w:vAlign w:val="center"/>
          </w:tcPr>
          <w:p w14:paraId="4A78E664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pelaksanaan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magang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B2B74BB" w14:textId="77777777" w:rsidR="00E0322F" w:rsidRDefault="00E0322F" w:rsidP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6D29DAB6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9B85B78" w14:textId="77777777" w:rsidR="00E0322F" w:rsidRDefault="00E0322F" w:rsidP="00E0322F">
            <w:r>
              <w:rPr>
                <w:sz w:val="16"/>
              </w:rPr>
              <w:t>32</w:t>
            </w:r>
          </w:p>
        </w:tc>
      </w:tr>
      <w:tr w:rsidR="00E0322F" w14:paraId="5E0E1DDA" w14:textId="77777777" w:rsidTr="00E0322F">
        <w:trPr>
          <w:jc w:val="center"/>
        </w:trPr>
        <w:tc>
          <w:tcPr>
            <w:tcW w:w="430" w:type="dxa"/>
            <w:vAlign w:val="center"/>
          </w:tcPr>
          <w:p w14:paraId="1FCE0F2B" w14:textId="77777777" w:rsidR="00E0322F" w:rsidRDefault="00E0322F" w:rsidP="00E0322F">
            <w:r>
              <w:rPr>
                <w:sz w:val="16"/>
              </w:rPr>
              <w:t>33</w:t>
            </w:r>
          </w:p>
        </w:tc>
        <w:tc>
          <w:tcPr>
            <w:tcW w:w="1701" w:type="dxa"/>
            <w:vAlign w:val="center"/>
          </w:tcPr>
          <w:p w14:paraId="756DDC23" w14:textId="77777777" w:rsidR="00E0322F" w:rsidRDefault="00E0322F" w:rsidP="00E0322F">
            <w:pPr>
              <w:rPr>
                <w:sz w:val="16"/>
              </w:rPr>
            </w:pPr>
            <w:r>
              <w:rPr>
                <w:sz w:val="16"/>
              </w:rPr>
              <w:t>Sam</w:t>
            </w:r>
          </w:p>
          <w:p w14:paraId="3F28BACA" w14:textId="3ED313DF" w:rsidR="00E0322F" w:rsidRDefault="00E0322F" w:rsidP="00E0322F"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1892ACE1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waktu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durasi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4DFEF0E1" w14:textId="77777777" w:rsidR="00E0322F" w:rsidRDefault="00E0322F" w:rsidP="00E0322F">
            <w:r>
              <w:rPr>
                <w:sz w:val="16"/>
              </w:rPr>
              <w:t>Recount Text</w:t>
            </w:r>
          </w:p>
        </w:tc>
        <w:tc>
          <w:tcPr>
            <w:tcW w:w="2268" w:type="dxa"/>
            <w:vAlign w:val="center"/>
          </w:tcPr>
          <w:p w14:paraId="486BC9F8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lama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magang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6A300DF3" w14:textId="77777777" w:rsidR="00E0322F" w:rsidRDefault="00E0322F" w:rsidP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509421D5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5DE2BA33" w14:textId="77777777" w:rsidR="00E0322F" w:rsidRDefault="00E0322F" w:rsidP="00E0322F">
            <w:r>
              <w:rPr>
                <w:sz w:val="16"/>
              </w:rPr>
              <w:t>33</w:t>
            </w:r>
          </w:p>
        </w:tc>
      </w:tr>
      <w:tr w:rsidR="00E0322F" w14:paraId="13C9E83A" w14:textId="77777777" w:rsidTr="00E0322F">
        <w:trPr>
          <w:jc w:val="center"/>
        </w:trPr>
        <w:tc>
          <w:tcPr>
            <w:tcW w:w="430" w:type="dxa"/>
            <w:vAlign w:val="center"/>
          </w:tcPr>
          <w:p w14:paraId="5E9C208A" w14:textId="77777777" w:rsidR="00E0322F" w:rsidRDefault="00E0322F" w:rsidP="00E0322F">
            <w:r>
              <w:rPr>
                <w:sz w:val="16"/>
              </w:rPr>
              <w:t>34</w:t>
            </w:r>
          </w:p>
        </w:tc>
        <w:tc>
          <w:tcPr>
            <w:tcW w:w="1701" w:type="dxa"/>
            <w:vAlign w:val="center"/>
          </w:tcPr>
          <w:p w14:paraId="26994100" w14:textId="7EE5BE4D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605F61EF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rinci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tentang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463CEBDC" w14:textId="77777777" w:rsidR="00E0322F" w:rsidRDefault="00E0322F" w:rsidP="00E0322F">
            <w:r>
              <w:rPr>
                <w:sz w:val="16"/>
              </w:rPr>
              <w:t>Recount Text</w:t>
            </w:r>
          </w:p>
        </w:tc>
        <w:tc>
          <w:tcPr>
            <w:tcW w:w="2268" w:type="dxa"/>
            <w:vAlign w:val="center"/>
          </w:tcPr>
          <w:p w14:paraId="2A312F30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departemen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penulis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BEC1D3A" w14:textId="77777777" w:rsidR="00E0322F" w:rsidRDefault="00E0322F" w:rsidP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6C2A1D46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26B1F327" w14:textId="77777777" w:rsidR="00E0322F" w:rsidRDefault="00E0322F" w:rsidP="00E0322F">
            <w:r>
              <w:rPr>
                <w:sz w:val="16"/>
              </w:rPr>
              <w:t>34</w:t>
            </w:r>
          </w:p>
        </w:tc>
      </w:tr>
      <w:tr w:rsidR="00E0322F" w14:paraId="507CE766" w14:textId="77777777" w:rsidTr="00E0322F">
        <w:trPr>
          <w:jc w:val="center"/>
        </w:trPr>
        <w:tc>
          <w:tcPr>
            <w:tcW w:w="430" w:type="dxa"/>
            <w:vAlign w:val="center"/>
          </w:tcPr>
          <w:p w14:paraId="43DEB05E" w14:textId="77777777" w:rsidR="00E0322F" w:rsidRDefault="00E0322F" w:rsidP="00E0322F">
            <w:r>
              <w:rPr>
                <w:sz w:val="16"/>
              </w:rPr>
              <w:t>35</w:t>
            </w:r>
          </w:p>
        </w:tc>
        <w:tc>
          <w:tcPr>
            <w:tcW w:w="1701" w:type="dxa"/>
            <w:vAlign w:val="center"/>
          </w:tcPr>
          <w:p w14:paraId="5120E1EF" w14:textId="35E532CD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75887B37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urutan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kejadian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FEBF4AE" w14:textId="77777777" w:rsidR="00E0322F" w:rsidRDefault="00E0322F" w:rsidP="00E0322F">
            <w:r>
              <w:rPr>
                <w:sz w:val="16"/>
              </w:rPr>
              <w:t>Recount Text – Sequence</w:t>
            </w:r>
          </w:p>
        </w:tc>
        <w:tc>
          <w:tcPr>
            <w:tcW w:w="2268" w:type="dxa"/>
            <w:vAlign w:val="center"/>
          </w:tcPr>
          <w:p w14:paraId="6A1668E3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penulis</w:t>
            </w:r>
            <w:proofErr w:type="spellEnd"/>
            <w:r>
              <w:rPr>
                <w:sz w:val="16"/>
              </w:rPr>
              <w:t xml:space="preserve"> pada </w:t>
            </w:r>
            <w:proofErr w:type="spellStart"/>
            <w:r>
              <w:rPr>
                <w:sz w:val="16"/>
              </w:rPr>
              <w:t>hari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pertama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magang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78C2B6B6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60E853AF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4BDF4C3F" w14:textId="77777777" w:rsidR="00E0322F" w:rsidRDefault="00E0322F" w:rsidP="00E0322F">
            <w:r>
              <w:rPr>
                <w:sz w:val="16"/>
              </w:rPr>
              <w:t>35</w:t>
            </w:r>
          </w:p>
        </w:tc>
      </w:tr>
      <w:tr w:rsidR="00E0322F" w14:paraId="49A3ADB8" w14:textId="77777777" w:rsidTr="00E0322F">
        <w:trPr>
          <w:jc w:val="center"/>
        </w:trPr>
        <w:tc>
          <w:tcPr>
            <w:tcW w:w="430" w:type="dxa"/>
            <w:vAlign w:val="center"/>
          </w:tcPr>
          <w:p w14:paraId="62C61E14" w14:textId="77777777" w:rsidR="00E0322F" w:rsidRDefault="00E0322F" w:rsidP="00E0322F">
            <w:r>
              <w:rPr>
                <w:sz w:val="16"/>
              </w:rPr>
              <w:t>36</w:t>
            </w:r>
          </w:p>
        </w:tc>
        <w:tc>
          <w:tcPr>
            <w:tcW w:w="1701" w:type="dxa"/>
            <w:vAlign w:val="center"/>
          </w:tcPr>
          <w:p w14:paraId="657CBFED" w14:textId="761B390E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7DDBDF0E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hubungan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sebab-akibat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770914DE" w14:textId="77777777" w:rsidR="00E0322F" w:rsidRDefault="00E0322F" w:rsidP="00E0322F">
            <w:r>
              <w:rPr>
                <w:sz w:val="16"/>
              </w:rPr>
              <w:t>Recount Text – Cause and Effect</w:t>
            </w:r>
          </w:p>
        </w:tc>
        <w:tc>
          <w:tcPr>
            <w:tcW w:w="2268" w:type="dxa"/>
            <w:vAlign w:val="center"/>
          </w:tcPr>
          <w:p w14:paraId="3272815C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penulis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melakukan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kesalahan</w:t>
            </w:r>
            <w:proofErr w:type="spellEnd"/>
            <w:r>
              <w:rPr>
                <w:sz w:val="16"/>
              </w:rPr>
              <w:t xml:space="preserve"> pada </w:t>
            </w:r>
            <w:proofErr w:type="spellStart"/>
            <w:r>
              <w:rPr>
                <w:sz w:val="16"/>
              </w:rPr>
              <w:t>awal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magang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6DD971DF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49F274D8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5794D9E" w14:textId="77777777" w:rsidR="00E0322F" w:rsidRDefault="00E0322F" w:rsidP="00E0322F">
            <w:r>
              <w:rPr>
                <w:sz w:val="16"/>
              </w:rPr>
              <w:t>36</w:t>
            </w:r>
          </w:p>
        </w:tc>
      </w:tr>
      <w:tr w:rsidR="00E0322F" w14:paraId="0FE79E6A" w14:textId="77777777" w:rsidTr="00E0322F">
        <w:trPr>
          <w:jc w:val="center"/>
        </w:trPr>
        <w:tc>
          <w:tcPr>
            <w:tcW w:w="430" w:type="dxa"/>
            <w:vAlign w:val="center"/>
          </w:tcPr>
          <w:p w14:paraId="274C477C" w14:textId="77777777" w:rsidR="00E0322F" w:rsidRDefault="00E0322F" w:rsidP="00E0322F">
            <w:r>
              <w:rPr>
                <w:sz w:val="16"/>
              </w:rPr>
              <w:t>37</w:t>
            </w:r>
          </w:p>
        </w:tc>
        <w:tc>
          <w:tcPr>
            <w:tcW w:w="1701" w:type="dxa"/>
            <w:vAlign w:val="center"/>
          </w:tcPr>
          <w:p w14:paraId="345F1925" w14:textId="6F559D3A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3F5463A7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spesifik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237FD4E3" w14:textId="77777777" w:rsidR="00E0322F" w:rsidRDefault="00E0322F" w:rsidP="00E0322F">
            <w:r>
              <w:rPr>
                <w:sz w:val="16"/>
              </w:rPr>
              <w:t>Recount Text</w:t>
            </w:r>
          </w:p>
        </w:tc>
        <w:tc>
          <w:tcPr>
            <w:tcW w:w="2268" w:type="dxa"/>
            <w:vAlign w:val="center"/>
          </w:tcPr>
          <w:p w14:paraId="7A16CC6C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bahasa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digunakan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penulis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berkomunikasi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tamu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asing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57AD41C5" w14:textId="77777777" w:rsidR="00E0322F" w:rsidRDefault="00E0322F" w:rsidP="00E0322F">
            <w:r>
              <w:rPr>
                <w:sz w:val="16"/>
              </w:rPr>
              <w:t>Uni-structural (L1)</w:t>
            </w:r>
          </w:p>
        </w:tc>
        <w:tc>
          <w:tcPr>
            <w:tcW w:w="759" w:type="dxa"/>
            <w:vAlign w:val="center"/>
          </w:tcPr>
          <w:p w14:paraId="2CC10A32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04B0DBA9" w14:textId="77777777" w:rsidR="00E0322F" w:rsidRDefault="00E0322F" w:rsidP="00E0322F">
            <w:r>
              <w:rPr>
                <w:sz w:val="16"/>
              </w:rPr>
              <w:t>37</w:t>
            </w:r>
          </w:p>
        </w:tc>
      </w:tr>
      <w:tr w:rsidR="00E0322F" w14:paraId="69E4F8C2" w14:textId="77777777" w:rsidTr="00E0322F">
        <w:trPr>
          <w:jc w:val="center"/>
        </w:trPr>
        <w:tc>
          <w:tcPr>
            <w:tcW w:w="430" w:type="dxa"/>
            <w:vAlign w:val="center"/>
          </w:tcPr>
          <w:p w14:paraId="43B50EF1" w14:textId="77777777" w:rsidR="00E0322F" w:rsidRDefault="00E0322F" w:rsidP="00E0322F">
            <w:r>
              <w:rPr>
                <w:sz w:val="16"/>
              </w:rPr>
              <w:t>38</w:t>
            </w:r>
          </w:p>
        </w:tc>
        <w:tc>
          <w:tcPr>
            <w:tcW w:w="1701" w:type="dxa"/>
            <w:vAlign w:val="center"/>
          </w:tcPr>
          <w:p w14:paraId="140B0381" w14:textId="791FF0C5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05921813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kosakata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50B24AD2" w14:textId="77777777" w:rsidR="00E0322F" w:rsidRDefault="00E0322F" w:rsidP="00E0322F">
            <w:r>
              <w:rPr>
                <w:sz w:val="16"/>
              </w:rPr>
              <w:t>Recount Text – Vocabulary</w:t>
            </w:r>
          </w:p>
        </w:tc>
        <w:tc>
          <w:tcPr>
            <w:tcW w:w="2268" w:type="dxa"/>
            <w:vAlign w:val="center"/>
          </w:tcPr>
          <w:p w14:paraId="62ED43C9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sinonim</w:t>
            </w:r>
            <w:proofErr w:type="spellEnd"/>
            <w:r>
              <w:rPr>
                <w:sz w:val="16"/>
              </w:rPr>
              <w:t xml:space="preserve"> kata memorable.</w:t>
            </w:r>
          </w:p>
        </w:tc>
        <w:tc>
          <w:tcPr>
            <w:tcW w:w="1020" w:type="dxa"/>
            <w:vAlign w:val="center"/>
          </w:tcPr>
          <w:p w14:paraId="434E6CA2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32AA4AEF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4A09829F" w14:textId="77777777" w:rsidR="00E0322F" w:rsidRDefault="00E0322F" w:rsidP="00E0322F">
            <w:r>
              <w:rPr>
                <w:sz w:val="16"/>
              </w:rPr>
              <w:t>38</w:t>
            </w:r>
          </w:p>
        </w:tc>
      </w:tr>
      <w:tr w:rsidR="00E0322F" w14:paraId="198906A6" w14:textId="77777777" w:rsidTr="00E0322F">
        <w:trPr>
          <w:jc w:val="center"/>
        </w:trPr>
        <w:tc>
          <w:tcPr>
            <w:tcW w:w="430" w:type="dxa"/>
            <w:vAlign w:val="center"/>
          </w:tcPr>
          <w:p w14:paraId="10281301" w14:textId="77777777" w:rsidR="00E0322F" w:rsidRDefault="00E0322F" w:rsidP="00E0322F">
            <w:r>
              <w:rPr>
                <w:sz w:val="16"/>
              </w:rPr>
              <w:t>39</w:t>
            </w:r>
          </w:p>
        </w:tc>
        <w:tc>
          <w:tcPr>
            <w:tcW w:w="1701" w:type="dxa"/>
            <w:vAlign w:val="center"/>
          </w:tcPr>
          <w:p w14:paraId="6C6DCFBF" w14:textId="0481DC37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4BC7D00B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membedakan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dipelajari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dipelajari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4B850100" w14:textId="77777777" w:rsidR="00E0322F" w:rsidRDefault="00E0322F" w:rsidP="00E0322F">
            <w:r>
              <w:rPr>
                <w:sz w:val="16"/>
              </w:rPr>
              <w:t>Recount Text</w:t>
            </w:r>
          </w:p>
        </w:tc>
        <w:tc>
          <w:tcPr>
            <w:tcW w:w="2268" w:type="dxa"/>
            <w:vAlign w:val="center"/>
          </w:tcPr>
          <w:p w14:paraId="48843005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keterampilan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dipelajari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selama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magang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233138D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4C81B2A2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26AEC359" w14:textId="77777777" w:rsidR="00E0322F" w:rsidRDefault="00E0322F" w:rsidP="00E0322F">
            <w:r>
              <w:rPr>
                <w:sz w:val="16"/>
              </w:rPr>
              <w:t>39</w:t>
            </w:r>
          </w:p>
        </w:tc>
      </w:tr>
      <w:tr w:rsidR="00E0322F" w14:paraId="032D3DB5" w14:textId="77777777" w:rsidTr="00E0322F">
        <w:trPr>
          <w:jc w:val="center"/>
        </w:trPr>
        <w:tc>
          <w:tcPr>
            <w:tcW w:w="430" w:type="dxa"/>
            <w:vAlign w:val="center"/>
          </w:tcPr>
          <w:p w14:paraId="38D0D590" w14:textId="77777777" w:rsidR="00E0322F" w:rsidRDefault="00E0322F" w:rsidP="00E0322F">
            <w:r>
              <w:rPr>
                <w:sz w:val="16"/>
              </w:rPr>
              <w:t>40</w:t>
            </w:r>
          </w:p>
        </w:tc>
        <w:tc>
          <w:tcPr>
            <w:tcW w:w="1701" w:type="dxa"/>
            <w:vAlign w:val="center"/>
          </w:tcPr>
          <w:p w14:paraId="3E9DC530" w14:textId="5C963209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menginterpretasi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masa </w:t>
            </w:r>
            <w:proofErr w:type="spellStart"/>
            <w:r>
              <w:rPr>
                <w:sz w:val="16"/>
              </w:rPr>
              <w:t>lalu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recount.</w:t>
            </w:r>
          </w:p>
        </w:tc>
        <w:tc>
          <w:tcPr>
            <w:tcW w:w="1814" w:type="dxa"/>
            <w:vAlign w:val="center"/>
          </w:tcPr>
          <w:p w14:paraId="45A28E0A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menyimpulkan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manfaat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82FFA0A" w14:textId="77777777" w:rsidR="00E0322F" w:rsidRDefault="00E0322F" w:rsidP="00E0322F">
            <w:r>
              <w:rPr>
                <w:sz w:val="16"/>
              </w:rPr>
              <w:t>Recount Text – Inference</w:t>
            </w:r>
          </w:p>
        </w:tc>
        <w:tc>
          <w:tcPr>
            <w:tcW w:w="2268" w:type="dxa"/>
            <w:vAlign w:val="center"/>
          </w:tcPr>
          <w:p w14:paraId="33981465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manfaat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utama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diperoleh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penulis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magang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6C533A75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4FF69D8E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43071E96" w14:textId="77777777" w:rsidR="00E0322F" w:rsidRDefault="00E0322F" w:rsidP="00E0322F">
            <w:r>
              <w:rPr>
                <w:sz w:val="16"/>
              </w:rPr>
              <w:t>40</w:t>
            </w:r>
          </w:p>
        </w:tc>
      </w:tr>
      <w:tr w:rsidR="00E0322F" w14:paraId="26D76926" w14:textId="77777777" w:rsidTr="00E0322F">
        <w:trPr>
          <w:jc w:val="center"/>
        </w:trPr>
        <w:tc>
          <w:tcPr>
            <w:tcW w:w="430" w:type="dxa"/>
            <w:vAlign w:val="center"/>
          </w:tcPr>
          <w:p w14:paraId="79A4FABA" w14:textId="77777777" w:rsidR="00E0322F" w:rsidRDefault="00E0322F" w:rsidP="00E0322F">
            <w:r>
              <w:rPr>
                <w:sz w:val="16"/>
              </w:rPr>
              <w:t>41</w:t>
            </w:r>
          </w:p>
        </w:tc>
        <w:tc>
          <w:tcPr>
            <w:tcW w:w="1701" w:type="dxa"/>
            <w:vAlign w:val="center"/>
          </w:tcPr>
          <w:p w14:paraId="4933B7B2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14" w:type="dxa"/>
            <w:vAlign w:val="center"/>
          </w:tcPr>
          <w:p w14:paraId="601AF776" w14:textId="77777777" w:rsidR="00E0322F" w:rsidRDefault="00E0322F" w:rsidP="00E0322F">
            <w:proofErr w:type="spellStart"/>
            <w:r>
              <w:rPr>
                <w:sz w:val="16"/>
              </w:rPr>
              <w:lastRenderedPageBreak/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59454DE" w14:textId="77777777" w:rsidR="00E0322F" w:rsidRDefault="00E0322F" w:rsidP="00E0322F">
            <w:r>
              <w:rPr>
                <w:sz w:val="16"/>
              </w:rPr>
              <w:t>Analytical Exposition – Vocational Education</w:t>
            </w:r>
          </w:p>
        </w:tc>
        <w:tc>
          <w:tcPr>
            <w:tcW w:w="2268" w:type="dxa"/>
            <w:vAlign w:val="center"/>
          </w:tcPr>
          <w:p w14:paraId="26888AD0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tujuan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5F420FF3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046AB493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0C9E0FF9" w14:textId="77777777" w:rsidR="00E0322F" w:rsidRDefault="00E0322F" w:rsidP="00E0322F">
            <w:r>
              <w:rPr>
                <w:sz w:val="16"/>
              </w:rPr>
              <w:t>41</w:t>
            </w:r>
          </w:p>
        </w:tc>
      </w:tr>
      <w:tr w:rsidR="00E0322F" w14:paraId="73B2662E" w14:textId="77777777" w:rsidTr="00E0322F">
        <w:trPr>
          <w:jc w:val="center"/>
        </w:trPr>
        <w:tc>
          <w:tcPr>
            <w:tcW w:w="430" w:type="dxa"/>
            <w:vAlign w:val="center"/>
          </w:tcPr>
          <w:p w14:paraId="30E9984B" w14:textId="77777777" w:rsidR="00E0322F" w:rsidRDefault="00E0322F" w:rsidP="00E0322F">
            <w:r>
              <w:rPr>
                <w:sz w:val="16"/>
              </w:rPr>
              <w:t>42</w:t>
            </w:r>
          </w:p>
        </w:tc>
        <w:tc>
          <w:tcPr>
            <w:tcW w:w="1701" w:type="dxa"/>
            <w:vAlign w:val="center"/>
          </w:tcPr>
          <w:p w14:paraId="0C8445A6" w14:textId="4CCCDCF4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4970A0F5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kosakata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0DBC4EE" w14:textId="77777777" w:rsidR="00E0322F" w:rsidRDefault="00E0322F" w:rsidP="00E0322F">
            <w:r>
              <w:rPr>
                <w:sz w:val="16"/>
              </w:rPr>
              <w:t>Analytical Exposition – Vocabulary</w:t>
            </w:r>
          </w:p>
        </w:tc>
        <w:tc>
          <w:tcPr>
            <w:tcW w:w="2268" w:type="dxa"/>
            <w:vAlign w:val="center"/>
          </w:tcPr>
          <w:p w14:paraId="0A1E7D7C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hands-on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4EC0B92A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528C71A9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0F14A0A" w14:textId="77777777" w:rsidR="00E0322F" w:rsidRDefault="00E0322F" w:rsidP="00E0322F">
            <w:r>
              <w:rPr>
                <w:sz w:val="16"/>
              </w:rPr>
              <w:t>42</w:t>
            </w:r>
          </w:p>
        </w:tc>
      </w:tr>
      <w:tr w:rsidR="00E0322F" w14:paraId="12ADECC5" w14:textId="77777777" w:rsidTr="00E0322F">
        <w:trPr>
          <w:jc w:val="center"/>
        </w:trPr>
        <w:tc>
          <w:tcPr>
            <w:tcW w:w="430" w:type="dxa"/>
            <w:vAlign w:val="center"/>
          </w:tcPr>
          <w:p w14:paraId="1E06D8FE" w14:textId="77777777" w:rsidR="00E0322F" w:rsidRDefault="00E0322F" w:rsidP="00E0322F">
            <w:r>
              <w:rPr>
                <w:sz w:val="16"/>
              </w:rPr>
              <w:t>43</w:t>
            </w:r>
          </w:p>
        </w:tc>
        <w:tc>
          <w:tcPr>
            <w:tcW w:w="1701" w:type="dxa"/>
            <w:vAlign w:val="center"/>
          </w:tcPr>
          <w:p w14:paraId="07BF3981" w14:textId="32623DA5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4E0DCA4D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hubungan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sebab-akibat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0216CDE8" w14:textId="77777777" w:rsidR="00E0322F" w:rsidRDefault="00E0322F" w:rsidP="00E0322F">
            <w:r>
              <w:rPr>
                <w:sz w:val="16"/>
              </w:rPr>
              <w:t>Analytical Exposition</w:t>
            </w:r>
          </w:p>
        </w:tc>
        <w:tc>
          <w:tcPr>
            <w:tcW w:w="2268" w:type="dxa"/>
            <w:vAlign w:val="center"/>
          </w:tcPr>
          <w:p w14:paraId="3FE60044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perusahaan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kesulitan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mendapatkan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pekerja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berkualitas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75A51961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59CB8590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6FCFD1BB" w14:textId="77777777" w:rsidR="00E0322F" w:rsidRDefault="00E0322F" w:rsidP="00E0322F">
            <w:r>
              <w:rPr>
                <w:sz w:val="16"/>
              </w:rPr>
              <w:t>43</w:t>
            </w:r>
          </w:p>
        </w:tc>
      </w:tr>
      <w:tr w:rsidR="00E0322F" w14:paraId="79370C27" w14:textId="77777777" w:rsidTr="00E0322F">
        <w:trPr>
          <w:jc w:val="center"/>
        </w:trPr>
        <w:tc>
          <w:tcPr>
            <w:tcW w:w="430" w:type="dxa"/>
            <w:vAlign w:val="center"/>
          </w:tcPr>
          <w:p w14:paraId="35610288" w14:textId="77777777" w:rsidR="00E0322F" w:rsidRDefault="00E0322F" w:rsidP="00E0322F">
            <w:r>
              <w:rPr>
                <w:sz w:val="16"/>
              </w:rPr>
              <w:t>44</w:t>
            </w:r>
          </w:p>
        </w:tc>
        <w:tc>
          <w:tcPr>
            <w:tcW w:w="1701" w:type="dxa"/>
            <w:vAlign w:val="center"/>
          </w:tcPr>
          <w:p w14:paraId="65AAE163" w14:textId="6948CEA3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679585D4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membandingkan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6E3C014F" w14:textId="77777777" w:rsidR="00E0322F" w:rsidRDefault="00E0322F" w:rsidP="00E0322F">
            <w:r>
              <w:rPr>
                <w:sz w:val="16"/>
              </w:rPr>
              <w:t>Analytical Exposition – Benefits</w:t>
            </w:r>
          </w:p>
        </w:tc>
        <w:tc>
          <w:tcPr>
            <w:tcW w:w="2268" w:type="dxa"/>
            <w:vAlign w:val="center"/>
          </w:tcPr>
          <w:p w14:paraId="0F0B381A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manfaat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pendidikan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vokasi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tidak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disebutkan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3C73EF6C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46B4E1FE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244EAC5C" w14:textId="77777777" w:rsidR="00E0322F" w:rsidRDefault="00E0322F" w:rsidP="00E0322F">
            <w:r>
              <w:rPr>
                <w:sz w:val="16"/>
              </w:rPr>
              <w:t>44</w:t>
            </w:r>
          </w:p>
        </w:tc>
      </w:tr>
      <w:tr w:rsidR="00E0322F" w14:paraId="71A4E5E5" w14:textId="77777777" w:rsidTr="00E0322F">
        <w:trPr>
          <w:jc w:val="center"/>
        </w:trPr>
        <w:tc>
          <w:tcPr>
            <w:tcW w:w="430" w:type="dxa"/>
            <w:vAlign w:val="center"/>
          </w:tcPr>
          <w:p w14:paraId="4FDA1FFD" w14:textId="77777777" w:rsidR="00E0322F" w:rsidRDefault="00E0322F" w:rsidP="00E0322F">
            <w:r>
              <w:rPr>
                <w:sz w:val="16"/>
              </w:rPr>
              <w:t>45</w:t>
            </w:r>
          </w:p>
        </w:tc>
        <w:tc>
          <w:tcPr>
            <w:tcW w:w="1701" w:type="dxa"/>
            <w:vAlign w:val="center"/>
          </w:tcPr>
          <w:p w14:paraId="7E0A156F" w14:textId="0417D06B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63E52C12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fungsi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pendukung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69D8AC57" w14:textId="77777777" w:rsidR="00E0322F" w:rsidRDefault="00E0322F" w:rsidP="00E0322F">
            <w:r>
              <w:rPr>
                <w:sz w:val="16"/>
              </w:rPr>
              <w:t>Analytical Exposition – Argument</w:t>
            </w:r>
          </w:p>
        </w:tc>
        <w:tc>
          <w:tcPr>
            <w:tcW w:w="2268" w:type="dxa"/>
            <w:vAlign w:val="center"/>
          </w:tcPr>
          <w:p w14:paraId="385884D6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fungsi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pernyataan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tentang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peluang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kerja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lulusan</w:t>
            </w:r>
            <w:proofErr w:type="spellEnd"/>
            <w:r>
              <w:rPr>
                <w:sz w:val="16"/>
              </w:rPr>
              <w:t xml:space="preserve"> SMK.</w:t>
            </w:r>
          </w:p>
        </w:tc>
        <w:tc>
          <w:tcPr>
            <w:tcW w:w="1020" w:type="dxa"/>
            <w:vAlign w:val="center"/>
          </w:tcPr>
          <w:p w14:paraId="36ECC98E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34FD0ED3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6B2E7E01" w14:textId="77777777" w:rsidR="00E0322F" w:rsidRDefault="00E0322F" w:rsidP="00E0322F">
            <w:r>
              <w:rPr>
                <w:sz w:val="16"/>
              </w:rPr>
              <w:t>45</w:t>
            </w:r>
          </w:p>
        </w:tc>
      </w:tr>
      <w:tr w:rsidR="00E0322F" w14:paraId="7C7651AE" w14:textId="77777777" w:rsidTr="00E0322F">
        <w:trPr>
          <w:jc w:val="center"/>
        </w:trPr>
        <w:tc>
          <w:tcPr>
            <w:tcW w:w="430" w:type="dxa"/>
            <w:vAlign w:val="center"/>
          </w:tcPr>
          <w:p w14:paraId="5E147402" w14:textId="77777777" w:rsidR="00E0322F" w:rsidRDefault="00E0322F" w:rsidP="00E0322F">
            <w:r>
              <w:rPr>
                <w:sz w:val="16"/>
              </w:rPr>
              <w:t>46</w:t>
            </w:r>
          </w:p>
        </w:tc>
        <w:tc>
          <w:tcPr>
            <w:tcW w:w="1701" w:type="dxa"/>
            <w:vAlign w:val="center"/>
          </w:tcPr>
          <w:p w14:paraId="51B34745" w14:textId="7842BE1B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65C1F409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menemukan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contoh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pendukung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5CBBF288" w14:textId="77777777" w:rsidR="00E0322F" w:rsidRDefault="00E0322F" w:rsidP="00E0322F">
            <w:r>
              <w:rPr>
                <w:sz w:val="16"/>
              </w:rPr>
              <w:t>Analytical Exposition – Entrepreneurship</w:t>
            </w:r>
          </w:p>
        </w:tc>
        <w:tc>
          <w:tcPr>
            <w:tcW w:w="2268" w:type="dxa"/>
            <w:vAlign w:val="center"/>
          </w:tcPr>
          <w:p w14:paraId="31542F83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contoh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menunjukkan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dukungan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pendidikan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terhadap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kewirausahaan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05AF81D8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3914F95C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74AF199B" w14:textId="77777777" w:rsidR="00E0322F" w:rsidRDefault="00E0322F" w:rsidP="00E0322F">
            <w:r>
              <w:rPr>
                <w:sz w:val="16"/>
              </w:rPr>
              <w:t>46</w:t>
            </w:r>
          </w:p>
        </w:tc>
      </w:tr>
      <w:tr w:rsidR="00E0322F" w14:paraId="3436303E" w14:textId="77777777" w:rsidTr="00E0322F">
        <w:trPr>
          <w:jc w:val="center"/>
        </w:trPr>
        <w:tc>
          <w:tcPr>
            <w:tcW w:w="430" w:type="dxa"/>
            <w:vAlign w:val="center"/>
          </w:tcPr>
          <w:p w14:paraId="62288282" w14:textId="77777777" w:rsidR="00E0322F" w:rsidRDefault="00E0322F" w:rsidP="00E0322F">
            <w:r>
              <w:rPr>
                <w:sz w:val="16"/>
              </w:rPr>
              <w:t>47</w:t>
            </w:r>
          </w:p>
        </w:tc>
        <w:tc>
          <w:tcPr>
            <w:tcW w:w="1701" w:type="dxa"/>
            <w:vAlign w:val="center"/>
          </w:tcPr>
          <w:p w14:paraId="4723B0A2" w14:textId="59CB2892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3F3C16E9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analytical exposition.</w:t>
            </w:r>
          </w:p>
        </w:tc>
        <w:tc>
          <w:tcPr>
            <w:tcW w:w="1470" w:type="dxa"/>
            <w:vAlign w:val="center"/>
          </w:tcPr>
          <w:p w14:paraId="7F47BD3C" w14:textId="77777777" w:rsidR="00E0322F" w:rsidRDefault="00E0322F" w:rsidP="00E0322F">
            <w:r>
              <w:rPr>
                <w:sz w:val="16"/>
              </w:rPr>
              <w:t>Analytical Exposition – Generic Structure</w:t>
            </w:r>
          </w:p>
        </w:tc>
        <w:tc>
          <w:tcPr>
            <w:tcW w:w="2268" w:type="dxa"/>
            <w:vAlign w:val="center"/>
          </w:tcPr>
          <w:p w14:paraId="7E33A9C5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bagian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sebuah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pernyataan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F04D7E4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17DAF9E8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46B1F5F9" w14:textId="77777777" w:rsidR="00E0322F" w:rsidRDefault="00E0322F" w:rsidP="00E0322F">
            <w:r>
              <w:rPr>
                <w:sz w:val="16"/>
              </w:rPr>
              <w:t>47</w:t>
            </w:r>
          </w:p>
        </w:tc>
      </w:tr>
      <w:tr w:rsidR="00E0322F" w14:paraId="56355029" w14:textId="77777777" w:rsidTr="00E0322F">
        <w:trPr>
          <w:jc w:val="center"/>
        </w:trPr>
        <w:tc>
          <w:tcPr>
            <w:tcW w:w="430" w:type="dxa"/>
            <w:vAlign w:val="center"/>
          </w:tcPr>
          <w:p w14:paraId="1DE58BC0" w14:textId="77777777" w:rsidR="00E0322F" w:rsidRDefault="00E0322F" w:rsidP="00E0322F">
            <w:r>
              <w:rPr>
                <w:sz w:val="16"/>
              </w:rPr>
              <w:t>48</w:t>
            </w:r>
          </w:p>
        </w:tc>
        <w:tc>
          <w:tcPr>
            <w:tcW w:w="1701" w:type="dxa"/>
            <w:vAlign w:val="center"/>
          </w:tcPr>
          <w:p w14:paraId="0A2EF455" w14:textId="501AD961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46602178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rekomendasi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atau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solusi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terdapat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70F0C219" w14:textId="77777777" w:rsidR="00E0322F" w:rsidRDefault="00E0322F" w:rsidP="00E0322F">
            <w:r>
              <w:rPr>
                <w:sz w:val="16"/>
              </w:rPr>
              <w:t>Analytical Exposition – Recommendation</w:t>
            </w:r>
          </w:p>
        </w:tc>
        <w:tc>
          <w:tcPr>
            <w:tcW w:w="2268" w:type="dxa"/>
            <w:vAlign w:val="center"/>
          </w:tcPr>
          <w:p w14:paraId="5F531A30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pihak-pihak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perlu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bekerja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meningkatkan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pendidikan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vokasi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2208CDD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05C8C392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02035DE2" w14:textId="77777777" w:rsidR="00E0322F" w:rsidRDefault="00E0322F" w:rsidP="00E0322F">
            <w:r>
              <w:rPr>
                <w:sz w:val="16"/>
              </w:rPr>
              <w:t>48</w:t>
            </w:r>
          </w:p>
        </w:tc>
      </w:tr>
      <w:tr w:rsidR="00E0322F" w14:paraId="293B7DA4" w14:textId="77777777" w:rsidTr="00E0322F">
        <w:trPr>
          <w:jc w:val="center"/>
        </w:trPr>
        <w:tc>
          <w:tcPr>
            <w:tcW w:w="430" w:type="dxa"/>
            <w:vAlign w:val="center"/>
          </w:tcPr>
          <w:p w14:paraId="5651236A" w14:textId="77777777" w:rsidR="00E0322F" w:rsidRDefault="00E0322F" w:rsidP="00E0322F">
            <w:r>
              <w:rPr>
                <w:sz w:val="16"/>
              </w:rPr>
              <w:t>49</w:t>
            </w:r>
          </w:p>
        </w:tc>
        <w:tc>
          <w:tcPr>
            <w:tcW w:w="1701" w:type="dxa"/>
            <w:vAlign w:val="center"/>
          </w:tcPr>
          <w:p w14:paraId="01C88748" w14:textId="16179473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04FA8C9B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makna</w:t>
            </w:r>
            <w:proofErr w:type="spellEnd"/>
            <w:r>
              <w:rPr>
                <w:sz w:val="16"/>
              </w:rPr>
              <w:t xml:space="preserve"> kata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1AF0D9AD" w14:textId="77777777" w:rsidR="00E0322F" w:rsidRDefault="00E0322F" w:rsidP="00E0322F">
            <w:r>
              <w:rPr>
                <w:sz w:val="16"/>
              </w:rPr>
              <w:t>Analytical Exposition – Vocabulary</w:t>
            </w:r>
          </w:p>
        </w:tc>
        <w:tc>
          <w:tcPr>
            <w:tcW w:w="2268" w:type="dxa"/>
            <w:vAlign w:val="center"/>
          </w:tcPr>
          <w:p w14:paraId="24DB7145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sinonim</w:t>
            </w:r>
            <w:proofErr w:type="spellEnd"/>
            <w:r>
              <w:rPr>
                <w:sz w:val="16"/>
              </w:rPr>
              <w:t xml:space="preserve"> kata equips.</w:t>
            </w:r>
          </w:p>
        </w:tc>
        <w:tc>
          <w:tcPr>
            <w:tcW w:w="1020" w:type="dxa"/>
            <w:vAlign w:val="center"/>
          </w:tcPr>
          <w:p w14:paraId="11952DD6" w14:textId="77777777" w:rsidR="00E0322F" w:rsidRDefault="00E0322F" w:rsidP="00E0322F">
            <w:r>
              <w:rPr>
                <w:sz w:val="16"/>
              </w:rPr>
              <w:t>Multi-structural (L2)</w:t>
            </w:r>
          </w:p>
        </w:tc>
        <w:tc>
          <w:tcPr>
            <w:tcW w:w="759" w:type="dxa"/>
            <w:vAlign w:val="center"/>
          </w:tcPr>
          <w:p w14:paraId="230C2AB2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24CEB67C" w14:textId="77777777" w:rsidR="00E0322F" w:rsidRDefault="00E0322F" w:rsidP="00E0322F">
            <w:r>
              <w:rPr>
                <w:sz w:val="16"/>
              </w:rPr>
              <w:t>49</w:t>
            </w:r>
          </w:p>
        </w:tc>
      </w:tr>
      <w:tr w:rsidR="00E0322F" w14:paraId="70167CC4" w14:textId="77777777" w:rsidTr="00E0322F">
        <w:trPr>
          <w:jc w:val="center"/>
        </w:trPr>
        <w:tc>
          <w:tcPr>
            <w:tcW w:w="430" w:type="dxa"/>
            <w:vAlign w:val="center"/>
          </w:tcPr>
          <w:p w14:paraId="6A4FBC74" w14:textId="77777777" w:rsidR="00E0322F" w:rsidRDefault="00E0322F" w:rsidP="00E0322F">
            <w:r>
              <w:rPr>
                <w:sz w:val="16"/>
              </w:rPr>
              <w:t>50</w:t>
            </w:r>
          </w:p>
        </w:tc>
        <w:tc>
          <w:tcPr>
            <w:tcW w:w="1701" w:type="dxa"/>
            <w:vAlign w:val="center"/>
          </w:tcPr>
          <w:p w14:paraId="0FFD955C" w14:textId="6BBF3966" w:rsidR="00E0322F" w:rsidRDefault="00E0322F" w:rsidP="00E0322F">
            <w:r>
              <w:rPr>
                <w:sz w:val="16"/>
              </w:rPr>
              <w:t xml:space="preserve">Sama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memahami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kehidupan</w:t>
            </w:r>
            <w:proofErr w:type="spellEnd"/>
            <w:r>
              <w:rPr>
                <w:sz w:val="16"/>
              </w:rPr>
              <w:t xml:space="preserve"> dan dunia </w:t>
            </w:r>
            <w:proofErr w:type="spellStart"/>
            <w:r>
              <w:rPr>
                <w:sz w:val="16"/>
              </w:rPr>
              <w:t>kerja</w:t>
            </w:r>
            <w:proofErr w:type="spellEnd"/>
          </w:p>
        </w:tc>
        <w:tc>
          <w:tcPr>
            <w:tcW w:w="1814" w:type="dxa"/>
            <w:vAlign w:val="center"/>
          </w:tcPr>
          <w:p w14:paraId="0E5792BD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menyimpulkan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utama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470" w:type="dxa"/>
            <w:vAlign w:val="center"/>
          </w:tcPr>
          <w:p w14:paraId="50A5057F" w14:textId="77777777" w:rsidR="00E0322F" w:rsidRDefault="00E0322F" w:rsidP="00E0322F">
            <w:r>
              <w:rPr>
                <w:sz w:val="16"/>
              </w:rPr>
              <w:t>Analytical Exposition – Unemployment</w:t>
            </w:r>
          </w:p>
        </w:tc>
        <w:tc>
          <w:tcPr>
            <w:tcW w:w="2268" w:type="dxa"/>
            <w:vAlign w:val="center"/>
          </w:tcPr>
          <w:p w14:paraId="65D0B2C0" w14:textId="77777777" w:rsidR="00E0322F" w:rsidRDefault="00E0322F" w:rsidP="00E0322F"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gagasan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utama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mengenai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hubungan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pendidikan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vokasi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pengangguran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020" w:type="dxa"/>
            <w:vAlign w:val="center"/>
          </w:tcPr>
          <w:p w14:paraId="126652E2" w14:textId="77777777" w:rsidR="00E0322F" w:rsidRDefault="00E0322F" w:rsidP="00E0322F">
            <w:r>
              <w:rPr>
                <w:sz w:val="16"/>
              </w:rPr>
              <w:t>Relational (L3)</w:t>
            </w:r>
          </w:p>
        </w:tc>
        <w:tc>
          <w:tcPr>
            <w:tcW w:w="759" w:type="dxa"/>
            <w:vAlign w:val="center"/>
          </w:tcPr>
          <w:p w14:paraId="7A86677D" w14:textId="77777777" w:rsidR="00E0322F" w:rsidRDefault="00E0322F" w:rsidP="00E0322F">
            <w:r>
              <w:rPr>
                <w:sz w:val="16"/>
              </w:rPr>
              <w:t>PG</w:t>
            </w:r>
          </w:p>
        </w:tc>
        <w:tc>
          <w:tcPr>
            <w:tcW w:w="567" w:type="dxa"/>
            <w:vAlign w:val="center"/>
          </w:tcPr>
          <w:p w14:paraId="113D19E1" w14:textId="77777777" w:rsidR="00E0322F" w:rsidRDefault="00E0322F" w:rsidP="00E0322F">
            <w:r>
              <w:rPr>
                <w:sz w:val="16"/>
              </w:rPr>
              <w:t>50</w:t>
            </w:r>
          </w:p>
        </w:tc>
      </w:tr>
    </w:tbl>
    <w:p w14:paraId="29BD559A" w14:textId="77777777" w:rsidR="001A57BF" w:rsidRDefault="001A57BF"/>
    <w:p w14:paraId="5F89CC16" w14:textId="77777777" w:rsidR="001A57BF" w:rsidRDefault="00E0322F">
      <w:r>
        <w:rPr>
          <w:b/>
          <w:sz w:val="22"/>
        </w:rPr>
        <w:lastRenderedPageBreak/>
        <w:t>REKAPITULASI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1A57BF" w14:paraId="390AB683" w14:textId="77777777">
        <w:trPr>
          <w:jc w:val="center"/>
        </w:trPr>
        <w:tc>
          <w:tcPr>
            <w:tcW w:w="3513" w:type="dxa"/>
          </w:tcPr>
          <w:p w14:paraId="44674B59" w14:textId="77777777" w:rsidR="001A57BF" w:rsidRDefault="00E0322F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3513" w:type="dxa"/>
          </w:tcPr>
          <w:p w14:paraId="49C269A0" w14:textId="77777777" w:rsidR="001A57BF" w:rsidRDefault="00E0322F">
            <w:proofErr w:type="spellStart"/>
            <w:r>
              <w:rPr>
                <w:b/>
              </w:rPr>
              <w:t>Nomor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3513" w:type="dxa"/>
          </w:tcPr>
          <w:p w14:paraId="425B063A" w14:textId="77777777" w:rsidR="001A57BF" w:rsidRDefault="00E0322F">
            <w:proofErr w:type="spellStart"/>
            <w:r>
              <w:rPr>
                <w:b/>
              </w:rPr>
              <w:t>Jumlah</w:t>
            </w:r>
            <w:proofErr w:type="spellEnd"/>
          </w:p>
        </w:tc>
      </w:tr>
      <w:tr w:rsidR="001A57BF" w14:paraId="1802F7FC" w14:textId="77777777">
        <w:trPr>
          <w:jc w:val="center"/>
        </w:trPr>
        <w:tc>
          <w:tcPr>
            <w:tcW w:w="3513" w:type="dxa"/>
          </w:tcPr>
          <w:p w14:paraId="6B089874" w14:textId="77777777" w:rsidR="001A57BF" w:rsidRDefault="00E0322F">
            <w:r>
              <w:t>Narrative Text – The Legend of Lake Toba</w:t>
            </w:r>
          </w:p>
        </w:tc>
        <w:tc>
          <w:tcPr>
            <w:tcW w:w="3513" w:type="dxa"/>
          </w:tcPr>
          <w:p w14:paraId="43CD8450" w14:textId="77777777" w:rsidR="001A57BF" w:rsidRDefault="00E0322F">
            <w:r>
              <w:t>1–10</w:t>
            </w:r>
          </w:p>
        </w:tc>
        <w:tc>
          <w:tcPr>
            <w:tcW w:w="3513" w:type="dxa"/>
          </w:tcPr>
          <w:p w14:paraId="3E59D9BD" w14:textId="77777777" w:rsidR="001A57BF" w:rsidRDefault="00E0322F">
            <w:r>
              <w:t>10</w:t>
            </w:r>
          </w:p>
        </w:tc>
      </w:tr>
      <w:tr w:rsidR="001A57BF" w14:paraId="16983057" w14:textId="77777777">
        <w:trPr>
          <w:jc w:val="center"/>
        </w:trPr>
        <w:tc>
          <w:tcPr>
            <w:tcW w:w="3513" w:type="dxa"/>
          </w:tcPr>
          <w:p w14:paraId="44F04D99" w14:textId="77777777" w:rsidR="001A57BF" w:rsidRDefault="00E0322F">
            <w:r>
              <w:t>Descriptive Text – Raja Ampat</w:t>
            </w:r>
          </w:p>
        </w:tc>
        <w:tc>
          <w:tcPr>
            <w:tcW w:w="3513" w:type="dxa"/>
          </w:tcPr>
          <w:p w14:paraId="51DDB242" w14:textId="77777777" w:rsidR="001A57BF" w:rsidRDefault="00E0322F">
            <w:r>
              <w:t>11–20</w:t>
            </w:r>
          </w:p>
        </w:tc>
        <w:tc>
          <w:tcPr>
            <w:tcW w:w="3513" w:type="dxa"/>
          </w:tcPr>
          <w:p w14:paraId="410C7959" w14:textId="77777777" w:rsidR="001A57BF" w:rsidRDefault="00E0322F">
            <w:r>
              <w:t>10</w:t>
            </w:r>
          </w:p>
        </w:tc>
      </w:tr>
      <w:tr w:rsidR="001A57BF" w14:paraId="009CB59B" w14:textId="77777777">
        <w:trPr>
          <w:jc w:val="center"/>
        </w:trPr>
        <w:tc>
          <w:tcPr>
            <w:tcW w:w="3513" w:type="dxa"/>
          </w:tcPr>
          <w:p w14:paraId="67832762" w14:textId="77777777" w:rsidR="001A57BF" w:rsidRDefault="00E0322F">
            <w:r>
              <w:t>Procedure Text – Making Coffee</w:t>
            </w:r>
          </w:p>
        </w:tc>
        <w:tc>
          <w:tcPr>
            <w:tcW w:w="3513" w:type="dxa"/>
          </w:tcPr>
          <w:p w14:paraId="2D8ADA22" w14:textId="77777777" w:rsidR="001A57BF" w:rsidRDefault="00E0322F">
            <w:r>
              <w:t>21–30</w:t>
            </w:r>
          </w:p>
        </w:tc>
        <w:tc>
          <w:tcPr>
            <w:tcW w:w="3513" w:type="dxa"/>
          </w:tcPr>
          <w:p w14:paraId="42DF03AC" w14:textId="77777777" w:rsidR="001A57BF" w:rsidRDefault="00E0322F">
            <w:r>
              <w:t>10</w:t>
            </w:r>
          </w:p>
        </w:tc>
      </w:tr>
      <w:tr w:rsidR="001A57BF" w14:paraId="732E411F" w14:textId="77777777">
        <w:trPr>
          <w:jc w:val="center"/>
        </w:trPr>
        <w:tc>
          <w:tcPr>
            <w:tcW w:w="3513" w:type="dxa"/>
          </w:tcPr>
          <w:p w14:paraId="16EF9FCD" w14:textId="77777777" w:rsidR="001A57BF" w:rsidRDefault="00E0322F">
            <w:r>
              <w:t>Recount Text – Internship Experience</w:t>
            </w:r>
          </w:p>
        </w:tc>
        <w:tc>
          <w:tcPr>
            <w:tcW w:w="3513" w:type="dxa"/>
          </w:tcPr>
          <w:p w14:paraId="01D24090" w14:textId="77777777" w:rsidR="001A57BF" w:rsidRDefault="00E0322F">
            <w:r>
              <w:t>31–40</w:t>
            </w:r>
          </w:p>
        </w:tc>
        <w:tc>
          <w:tcPr>
            <w:tcW w:w="3513" w:type="dxa"/>
          </w:tcPr>
          <w:p w14:paraId="7A037F0E" w14:textId="77777777" w:rsidR="001A57BF" w:rsidRDefault="00E0322F">
            <w:r>
              <w:t>10</w:t>
            </w:r>
          </w:p>
        </w:tc>
      </w:tr>
      <w:tr w:rsidR="001A57BF" w14:paraId="34D8A0DB" w14:textId="77777777">
        <w:trPr>
          <w:jc w:val="center"/>
        </w:trPr>
        <w:tc>
          <w:tcPr>
            <w:tcW w:w="3513" w:type="dxa"/>
          </w:tcPr>
          <w:p w14:paraId="50853354" w14:textId="77777777" w:rsidR="001A57BF" w:rsidRDefault="00E0322F">
            <w:r>
              <w:t>Analytical Exposition – Vocational Education</w:t>
            </w:r>
          </w:p>
        </w:tc>
        <w:tc>
          <w:tcPr>
            <w:tcW w:w="3513" w:type="dxa"/>
          </w:tcPr>
          <w:p w14:paraId="210EFB1A" w14:textId="77777777" w:rsidR="001A57BF" w:rsidRDefault="00E0322F">
            <w:r>
              <w:t>41–50</w:t>
            </w:r>
          </w:p>
        </w:tc>
        <w:tc>
          <w:tcPr>
            <w:tcW w:w="3513" w:type="dxa"/>
          </w:tcPr>
          <w:p w14:paraId="56C3E943" w14:textId="77777777" w:rsidR="001A57BF" w:rsidRDefault="00E0322F">
            <w:r>
              <w:t>10</w:t>
            </w:r>
          </w:p>
        </w:tc>
      </w:tr>
      <w:tr w:rsidR="001A57BF" w14:paraId="1F9A87BA" w14:textId="77777777">
        <w:trPr>
          <w:jc w:val="center"/>
        </w:trPr>
        <w:tc>
          <w:tcPr>
            <w:tcW w:w="3513" w:type="dxa"/>
          </w:tcPr>
          <w:p w14:paraId="759FD283" w14:textId="77777777" w:rsidR="001A57BF" w:rsidRDefault="00E0322F">
            <w:r>
              <w:t>TOTAL</w:t>
            </w:r>
          </w:p>
        </w:tc>
        <w:tc>
          <w:tcPr>
            <w:tcW w:w="3513" w:type="dxa"/>
          </w:tcPr>
          <w:p w14:paraId="0F5BED72" w14:textId="77777777" w:rsidR="001A57BF" w:rsidRDefault="001A57BF"/>
        </w:tc>
        <w:tc>
          <w:tcPr>
            <w:tcW w:w="3513" w:type="dxa"/>
          </w:tcPr>
          <w:p w14:paraId="54B0D9A6" w14:textId="77777777" w:rsidR="001A57BF" w:rsidRDefault="00E0322F">
            <w:r>
              <w:t>50</w:t>
            </w:r>
          </w:p>
        </w:tc>
      </w:tr>
    </w:tbl>
    <w:p w14:paraId="0655BCEC" w14:textId="77777777" w:rsidR="001A57BF" w:rsidRDefault="00E0322F">
      <w:proofErr w:type="spellStart"/>
      <w:r>
        <w:rPr>
          <w:b/>
        </w:rPr>
        <w:t>Distribusi</w:t>
      </w:r>
      <w:proofErr w:type="spellEnd"/>
      <w:r>
        <w:rPr>
          <w:b/>
        </w:rPr>
        <w:t xml:space="preserve"> Level </w:t>
      </w:r>
      <w:proofErr w:type="spellStart"/>
      <w:r>
        <w:rPr>
          <w:b/>
        </w:rPr>
        <w:t>Kognitif</w:t>
      </w:r>
      <w:proofErr w:type="spellEnd"/>
      <w:r>
        <w:rPr>
          <w:b/>
        </w:rPr>
        <w:t xml:space="preserve"> SOLO:</w:t>
      </w:r>
    </w:p>
    <w:p w14:paraId="223D4EC0" w14:textId="77777777" w:rsidR="001A57BF" w:rsidRDefault="00E0322F">
      <w:r>
        <w:t xml:space="preserve">Uni-structural (L1): 9 </w:t>
      </w:r>
      <w:proofErr w:type="spellStart"/>
      <w:r>
        <w:t>soal</w:t>
      </w:r>
      <w:proofErr w:type="spellEnd"/>
    </w:p>
    <w:p w14:paraId="2502EB40" w14:textId="77777777" w:rsidR="001A57BF" w:rsidRDefault="00E0322F">
      <w:r>
        <w:t xml:space="preserve">Multi-structural (L2): 21 </w:t>
      </w:r>
      <w:proofErr w:type="spellStart"/>
      <w:r>
        <w:t>soal</w:t>
      </w:r>
      <w:proofErr w:type="spellEnd"/>
    </w:p>
    <w:p w14:paraId="7C07C55F" w14:textId="77777777" w:rsidR="001A57BF" w:rsidRDefault="00E0322F">
      <w:r>
        <w:t xml:space="preserve">Relational (L3): 18 </w:t>
      </w:r>
      <w:proofErr w:type="spellStart"/>
      <w:r>
        <w:t>soal</w:t>
      </w:r>
      <w:proofErr w:type="spellEnd"/>
    </w:p>
    <w:p w14:paraId="512BC685" w14:textId="2D6CE9A1" w:rsidR="001A57BF" w:rsidRDefault="00E0322F">
      <w:r>
        <w:t xml:space="preserve">Extended Abstract (L4): 2 </w:t>
      </w:r>
      <w:proofErr w:type="spellStart"/>
      <w:r>
        <w:t>soal</w:t>
      </w:r>
      <w:proofErr w:type="spellEnd"/>
    </w:p>
    <w:p w14:paraId="4C004CC3" w14:textId="428DA3F7" w:rsidR="007F79B3" w:rsidRDefault="007F79B3">
      <w:bookmarkStart w:id="0" w:name="_GoBack"/>
      <w:bookmarkEnd w:id="0"/>
    </w:p>
    <w:p w14:paraId="4ED80D60" w14:textId="51860320" w:rsidR="007F79B3" w:rsidRDefault="007F79B3"/>
    <w:p w14:paraId="1D32C801" w14:textId="3769D969" w:rsidR="007F79B3" w:rsidRDefault="007F79B3">
      <w:proofErr w:type="spellStart"/>
      <w:r>
        <w:t>Mengetahui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Pekalongan</w:t>
      </w:r>
      <w:proofErr w:type="spellEnd"/>
      <w:r>
        <w:t>, September 2026</w:t>
      </w:r>
    </w:p>
    <w:p w14:paraId="72C65733" w14:textId="55393699" w:rsidR="007F79B3" w:rsidRDefault="007F79B3">
      <w:proofErr w:type="spellStart"/>
      <w:r>
        <w:t>Kepala</w:t>
      </w:r>
      <w:proofErr w:type="spellEnd"/>
      <w:r>
        <w:t xml:space="preserve"> </w:t>
      </w:r>
      <w:proofErr w:type="spellStart"/>
      <w:r>
        <w:t>Sekolah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Guru Mat Pelajaran</w:t>
      </w:r>
    </w:p>
    <w:p w14:paraId="0EF06739" w14:textId="37B4AECE" w:rsidR="007F79B3" w:rsidRDefault="007F79B3"/>
    <w:p w14:paraId="29A2D80C" w14:textId="500F6BA4" w:rsidR="007F79B3" w:rsidRDefault="007F79B3">
      <w:proofErr w:type="spellStart"/>
      <w:r>
        <w:t>SH.Nugrahenny</w:t>
      </w:r>
      <w:proofErr w:type="spellEnd"/>
      <w:r>
        <w:t xml:space="preserve">, </w:t>
      </w:r>
      <w:proofErr w:type="spellStart"/>
      <w:r>
        <w:t>S.Pd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Miftahul</w:t>
      </w:r>
      <w:proofErr w:type="spellEnd"/>
      <w:r>
        <w:t xml:space="preserve"> Jannah, </w:t>
      </w:r>
      <w:proofErr w:type="spellStart"/>
      <w:r>
        <w:t>S.Pd</w:t>
      </w:r>
      <w:proofErr w:type="spellEnd"/>
    </w:p>
    <w:sectPr w:rsidR="007F79B3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723BD" w14:textId="77777777" w:rsidR="00216E2B" w:rsidRDefault="00216E2B" w:rsidP="007D03A2">
      <w:pPr>
        <w:spacing w:after="0" w:line="240" w:lineRule="auto"/>
      </w:pPr>
      <w:r>
        <w:separator/>
      </w:r>
    </w:p>
  </w:endnote>
  <w:endnote w:type="continuationSeparator" w:id="0">
    <w:p w14:paraId="5AB26681" w14:textId="77777777" w:rsidR="00216E2B" w:rsidRDefault="00216E2B" w:rsidP="007D0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E29CA" w14:textId="77777777" w:rsidR="00216E2B" w:rsidRDefault="00216E2B" w:rsidP="007D03A2">
      <w:pPr>
        <w:spacing w:after="0" w:line="240" w:lineRule="auto"/>
      </w:pPr>
      <w:r>
        <w:separator/>
      </w:r>
    </w:p>
  </w:footnote>
  <w:footnote w:type="continuationSeparator" w:id="0">
    <w:p w14:paraId="0E217202" w14:textId="77777777" w:rsidR="00216E2B" w:rsidRDefault="00216E2B" w:rsidP="007D03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7BF"/>
    <w:rsid w:val="00216E2B"/>
    <w:rsid w:val="0029639D"/>
    <w:rsid w:val="00326F90"/>
    <w:rsid w:val="00440495"/>
    <w:rsid w:val="004715EF"/>
    <w:rsid w:val="007D03A2"/>
    <w:rsid w:val="007F79B3"/>
    <w:rsid w:val="00AA1D8D"/>
    <w:rsid w:val="00B47730"/>
    <w:rsid w:val="00CB0664"/>
    <w:rsid w:val="00DD12D8"/>
    <w:rsid w:val="00E032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D56ED"/>
  <w14:defaultImageDpi w14:val="300"/>
  <w15:docId w15:val="{EB693883-6FD7-44D1-8AE8-96FBBEFE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228F82-01AE-4882-BDBE-48E26D7AF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2516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4</cp:revision>
  <dcterms:created xsi:type="dcterms:W3CDTF">2013-12-23T23:15:00Z</dcterms:created>
  <dcterms:modified xsi:type="dcterms:W3CDTF">2026-09-14T15:02:00Z</dcterms:modified>
  <cp:category/>
</cp:coreProperties>
</file>